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A824A" w14:textId="5A5D540B" w:rsidR="00E21AEE" w:rsidRPr="00E21AEE" w:rsidRDefault="471D9B72" w:rsidP="67D0247B">
      <w:pPr>
        <w:spacing w:line="360" w:lineRule="auto"/>
        <w:jc w:val="right"/>
        <w:rPr>
          <w:rFonts w:ascii="BIZ UD明朝 Medium" w:eastAsia="BIZ UD明朝 Medium" w:hAnsi="BIZ UD明朝 Medium"/>
        </w:rPr>
      </w:pPr>
      <w:r w:rsidRPr="67D0247B">
        <w:rPr>
          <w:rFonts w:ascii="BIZ UD明朝 Medium" w:eastAsia="BIZ UD明朝 Medium" w:hAnsi="BIZ UD明朝 Medium"/>
          <w:sz w:val="20"/>
          <w:szCs w:val="20"/>
        </w:rPr>
        <w:t>（</w:t>
      </w:r>
      <w:proofErr w:type="spellStart"/>
      <w:r w:rsidRPr="67D0247B">
        <w:rPr>
          <w:rFonts w:ascii="BIZ UD明朝 Medium" w:eastAsia="BIZ UD明朝 Medium" w:hAnsi="BIZ UD明朝 Medium"/>
          <w:sz w:val="20"/>
          <w:szCs w:val="20"/>
        </w:rPr>
        <w:t>様式第</w:t>
      </w:r>
      <w:proofErr w:type="spellEnd"/>
      <w:r w:rsidR="00C224DE">
        <w:rPr>
          <w:rFonts w:ascii="BIZ UD明朝 Medium" w:eastAsia="BIZ UD明朝 Medium" w:hAnsi="BIZ UD明朝 Medium" w:hint="eastAsia"/>
          <w:sz w:val="20"/>
          <w:szCs w:val="20"/>
          <w:lang w:eastAsia="ja-JP"/>
        </w:rPr>
        <w:t>１</w:t>
      </w:r>
      <w:r w:rsidRPr="67D0247B">
        <w:rPr>
          <w:rFonts w:ascii="BIZ UD明朝 Medium" w:eastAsia="BIZ UD明朝 Medium" w:hAnsi="BIZ UD明朝 Medium"/>
          <w:sz w:val="20"/>
          <w:szCs w:val="20"/>
        </w:rPr>
        <w:t>号）</w:t>
      </w:r>
      <w:r w:rsidR="00E21AEE">
        <w:br/>
      </w:r>
      <w:r w:rsidRPr="67D0247B">
        <w:rPr>
          <w:rFonts w:ascii="BIZ UD明朝 Medium" w:eastAsia="BIZ UD明朝 Medium" w:hAnsi="BIZ UD明朝 Medium"/>
          <w:sz w:val="20"/>
          <w:szCs w:val="20"/>
        </w:rPr>
        <w:t xml:space="preserve">      年      月      日</w:t>
      </w:r>
    </w:p>
    <w:p w14:paraId="185511A0" w14:textId="2EC6BFF4" w:rsidR="00E21AEE" w:rsidRPr="00E21AEE" w:rsidRDefault="471D9B72" w:rsidP="67D0247B">
      <w:pPr>
        <w:spacing w:line="360" w:lineRule="auto"/>
        <w:jc w:val="center"/>
        <w:rPr>
          <w:rFonts w:ascii="BIZ UD明朝 Medium" w:eastAsia="BIZ UD明朝 Medium" w:hAnsi="BIZ UD明朝 Medium"/>
          <w:sz w:val="16"/>
          <w:szCs w:val="16"/>
          <w:lang w:eastAsia="ja-JP"/>
        </w:rPr>
      </w:pPr>
      <w:r w:rsidRPr="67D0247B">
        <w:rPr>
          <w:rFonts w:ascii="BIZ UD明朝 Medium" w:eastAsia="BIZ UD明朝 Medium" w:hAnsi="BIZ UD明朝 Medium"/>
          <w:b/>
          <w:bCs/>
          <w:sz w:val="28"/>
          <w:szCs w:val="28"/>
          <w:lang w:eastAsia="ja-JP"/>
        </w:rPr>
        <w:t>部会</w:t>
      </w:r>
      <w:r w:rsidR="79C10B03" w:rsidRPr="67D0247B">
        <w:rPr>
          <w:rFonts w:ascii="BIZ UD明朝 Medium" w:eastAsia="BIZ UD明朝 Medium" w:hAnsi="BIZ UD明朝 Medium"/>
          <w:b/>
          <w:bCs/>
          <w:sz w:val="28"/>
          <w:szCs w:val="28"/>
          <w:lang w:eastAsia="ja-JP"/>
        </w:rPr>
        <w:t>設置</w:t>
      </w:r>
      <w:r w:rsidRPr="67D0247B">
        <w:rPr>
          <w:rFonts w:ascii="BIZ UD明朝 Medium" w:eastAsia="BIZ UD明朝 Medium" w:hAnsi="BIZ UD明朝 Medium"/>
          <w:b/>
          <w:bCs/>
          <w:sz w:val="28"/>
          <w:szCs w:val="28"/>
          <w:lang w:eastAsia="ja-JP"/>
        </w:rPr>
        <w:t>申請書</w:t>
      </w:r>
    </w:p>
    <w:p w14:paraId="1291D835" w14:textId="77777777" w:rsidR="00E21AEE" w:rsidRPr="00E21AEE" w:rsidRDefault="471D9B72" w:rsidP="67D0247B">
      <w:pPr>
        <w:spacing w:line="360" w:lineRule="auto"/>
        <w:rPr>
          <w:rFonts w:ascii="BIZ UD明朝 Medium" w:eastAsia="BIZ UD明朝 Medium" w:hAnsi="BIZ UD明朝 Medium"/>
          <w:lang w:eastAsia="ja-JP"/>
        </w:rPr>
      </w:pPr>
      <w:r w:rsidRPr="67D0247B">
        <w:rPr>
          <w:rFonts w:ascii="BIZ UD明朝 Medium" w:eastAsia="BIZ UD明朝 Medium" w:hAnsi="BIZ UD明朝 Medium"/>
          <w:lang w:eastAsia="ja-JP"/>
        </w:rPr>
        <w:t>（あて先）</w:t>
      </w:r>
      <w:r w:rsidR="00E21AEE">
        <w:rPr>
          <w:lang w:eastAsia="ja-JP"/>
        </w:rPr>
        <w:br/>
      </w:r>
      <w:r w:rsidRPr="67D0247B">
        <w:rPr>
          <w:rFonts w:ascii="BIZ UD明朝 Medium" w:eastAsia="BIZ UD明朝 Medium" w:hAnsi="BIZ UD明朝 Medium"/>
          <w:sz w:val="22"/>
          <w:lang w:eastAsia="ja-JP"/>
        </w:rPr>
        <w:t>仙台市地域生物多様性増進活動支援センター</w:t>
      </w:r>
      <w:r w:rsidR="00E21AEE">
        <w:rPr>
          <w:lang w:eastAsia="ja-JP"/>
        </w:rPr>
        <w:br/>
      </w:r>
      <w:r w:rsidRPr="67D0247B">
        <w:rPr>
          <w:rFonts w:ascii="BIZ UD明朝 Medium" w:eastAsia="BIZ UD明朝 Medium" w:hAnsi="BIZ UD明朝 Medium"/>
          <w:sz w:val="22"/>
          <w:lang w:eastAsia="ja-JP"/>
        </w:rPr>
        <w:t>会 長  宛</w:t>
      </w:r>
    </w:p>
    <w:tbl>
      <w:tblPr>
        <w:tblW w:w="0" w:type="auto"/>
        <w:jc w:val="right"/>
        <w:tblLook w:val="0600" w:firstRow="0" w:lastRow="0" w:firstColumn="0" w:lastColumn="0" w:noHBand="1" w:noVBand="1"/>
      </w:tblPr>
      <w:tblGrid>
        <w:gridCol w:w="2592"/>
        <w:gridCol w:w="3600"/>
      </w:tblGrid>
      <w:tr w:rsidR="00E21AEE" w:rsidRPr="00E21AEE" w14:paraId="2132CA20" w14:textId="77777777" w:rsidTr="00BF2478">
        <w:trPr>
          <w:jc w:val="right"/>
        </w:trPr>
        <w:tc>
          <w:tcPr>
            <w:tcW w:w="2592" w:type="dxa"/>
            <w:tcBorders>
              <w:top w:val="none" w:sz="4" w:space="0" w:color="D9D9D9" w:themeColor="background1" w:themeShade="D9"/>
              <w:left w:val="none" w:sz="4" w:space="0" w:color="D9D9D9" w:themeColor="background1" w:themeShade="D9"/>
              <w:bottom w:val="none" w:sz="4" w:space="0" w:color="D9D9D9" w:themeColor="background1" w:themeShade="D9"/>
              <w:right w:val="none" w:sz="4" w:space="0" w:color="D9D9D9" w:themeColor="background1" w:themeShade="D9"/>
            </w:tcBorders>
            <w:vAlign w:val="center"/>
          </w:tcPr>
          <w:p w14:paraId="00201BC3" w14:textId="77777777" w:rsidR="00E21AEE" w:rsidRPr="00BF2478" w:rsidRDefault="471D9B72" w:rsidP="00BF2478">
            <w:pPr>
              <w:jc w:val="both"/>
              <w:rPr>
                <w:rFonts w:ascii="BIZ UDP明朝 Medium" w:eastAsia="BIZ UDP明朝 Medium" w:hAnsi="BIZ UDP明朝 Medium"/>
              </w:rPr>
            </w:pPr>
            <w:proofErr w:type="spellStart"/>
            <w:r w:rsidRPr="00BF2478">
              <w:rPr>
                <w:rFonts w:ascii="BIZ UDP明朝 Medium" w:eastAsia="BIZ UDP明朝 Medium" w:hAnsi="BIZ UDP明朝 Medium"/>
              </w:rPr>
              <w:t>所属</w:t>
            </w:r>
            <w:proofErr w:type="spellEnd"/>
            <w:r w:rsidRPr="00BF2478">
              <w:rPr>
                <w:rFonts w:ascii="BIZ UDP明朝 Medium" w:eastAsia="BIZ UDP明朝 Medium" w:hAnsi="BIZ UDP明朝 Medium"/>
                <w:lang w:eastAsia="ja-JP"/>
              </w:rPr>
              <w:t>団体</w:t>
            </w:r>
            <w:r w:rsidRPr="00BF2478">
              <w:rPr>
                <w:rFonts w:ascii="BIZ UDP明朝 Medium" w:eastAsia="BIZ UDP明朝 Medium" w:hAnsi="BIZ UDP明朝 Medium"/>
              </w:rPr>
              <w:t>・</w:t>
            </w:r>
            <w:proofErr w:type="spellStart"/>
            <w:r w:rsidRPr="00BF2478">
              <w:rPr>
                <w:rFonts w:ascii="BIZ UDP明朝 Medium" w:eastAsia="BIZ UDP明朝 Medium" w:hAnsi="BIZ UDP明朝 Medium"/>
              </w:rPr>
              <w:t>役職</w:t>
            </w:r>
            <w:proofErr w:type="spellEnd"/>
            <w:r w:rsidRPr="00BF2478">
              <w:rPr>
                <w:rFonts w:ascii="BIZ UDP明朝 Medium" w:eastAsia="BIZ UDP明朝 Medium" w:hAnsi="BIZ UDP明朝 Medium"/>
              </w:rPr>
              <w:t>：</w:t>
            </w:r>
          </w:p>
        </w:tc>
        <w:tc>
          <w:tcPr>
            <w:tcW w:w="3600" w:type="dxa"/>
            <w:tcBorders>
              <w:top w:val="none" w:sz="4" w:space="0" w:color="D9D9D9" w:themeColor="background1" w:themeShade="D9"/>
              <w:left w:val="none" w:sz="4" w:space="0" w:color="D9D9D9" w:themeColor="background1" w:themeShade="D9"/>
              <w:bottom w:val="single" w:sz="4" w:space="0" w:color="595959" w:themeColor="text1" w:themeTint="A6"/>
              <w:right w:val="none" w:sz="4" w:space="0" w:color="D9D9D9" w:themeColor="background1" w:themeShade="D9"/>
            </w:tcBorders>
            <w:vAlign w:val="center"/>
          </w:tcPr>
          <w:p w14:paraId="6AD5A549" w14:textId="40DE74DC" w:rsidR="00E21AEE" w:rsidRPr="00BF2478" w:rsidRDefault="00E21AEE" w:rsidP="00BF2478">
            <w:pPr>
              <w:jc w:val="both"/>
              <w:rPr>
                <w:rFonts w:ascii="BIZ UDP明朝 Medium" w:eastAsia="BIZ UDP明朝 Medium" w:hAnsi="BIZ UDP明朝 Medium"/>
              </w:rPr>
            </w:pPr>
          </w:p>
        </w:tc>
      </w:tr>
      <w:tr w:rsidR="00E21AEE" w:rsidRPr="00E21AEE" w14:paraId="19E7E75A" w14:textId="77777777" w:rsidTr="00BF2478">
        <w:trPr>
          <w:jc w:val="right"/>
        </w:trPr>
        <w:tc>
          <w:tcPr>
            <w:tcW w:w="2592" w:type="dxa"/>
            <w:tcBorders>
              <w:top w:val="none" w:sz="4" w:space="0" w:color="D9D9D9" w:themeColor="background1" w:themeShade="D9"/>
              <w:left w:val="none" w:sz="4" w:space="0" w:color="D9D9D9" w:themeColor="background1" w:themeShade="D9"/>
              <w:bottom w:val="none" w:sz="4" w:space="0" w:color="D9D9D9" w:themeColor="background1" w:themeShade="D9"/>
              <w:right w:val="none" w:sz="4" w:space="0" w:color="D9D9D9" w:themeColor="background1" w:themeShade="D9"/>
            </w:tcBorders>
            <w:vAlign w:val="center"/>
          </w:tcPr>
          <w:p w14:paraId="3480DF01" w14:textId="77777777" w:rsidR="00E21AEE" w:rsidRPr="00BF2478" w:rsidRDefault="471D9B72" w:rsidP="00BF2478">
            <w:pPr>
              <w:jc w:val="both"/>
              <w:rPr>
                <w:rFonts w:ascii="BIZ UDP明朝 Medium" w:eastAsia="BIZ UDP明朝 Medium" w:hAnsi="BIZ UDP明朝 Medium"/>
              </w:rPr>
            </w:pPr>
            <w:proofErr w:type="spellStart"/>
            <w:r w:rsidRPr="00BF2478">
              <w:rPr>
                <w:rFonts w:ascii="BIZ UDP明朝 Medium" w:eastAsia="BIZ UDP明朝 Medium" w:hAnsi="BIZ UDP明朝 Medium"/>
                <w:sz w:val="20"/>
                <w:szCs w:val="20"/>
              </w:rPr>
              <w:t>氏名（代表</w:t>
            </w:r>
            <w:proofErr w:type="spellEnd"/>
            <w:r w:rsidRPr="00BF2478">
              <w:rPr>
                <w:rFonts w:ascii="BIZ UDP明朝 Medium" w:eastAsia="BIZ UDP明朝 Medium" w:hAnsi="BIZ UDP明朝 Medium"/>
                <w:sz w:val="20"/>
                <w:szCs w:val="20"/>
              </w:rPr>
              <w:t>）：</w:t>
            </w:r>
          </w:p>
        </w:tc>
        <w:tc>
          <w:tcPr>
            <w:tcW w:w="3600" w:type="dxa"/>
            <w:tcBorders>
              <w:top w:val="none" w:sz="4" w:space="0" w:color="D9D9D9" w:themeColor="background1" w:themeShade="D9"/>
              <w:left w:val="none" w:sz="4" w:space="0" w:color="D9D9D9" w:themeColor="background1" w:themeShade="D9"/>
              <w:bottom w:val="single" w:sz="4" w:space="0" w:color="595959" w:themeColor="text1" w:themeTint="A6"/>
              <w:right w:val="none" w:sz="4" w:space="0" w:color="D9D9D9" w:themeColor="background1" w:themeShade="D9"/>
            </w:tcBorders>
            <w:vAlign w:val="center"/>
          </w:tcPr>
          <w:p w14:paraId="4EF7F7BD" w14:textId="77777777" w:rsidR="00E21AEE" w:rsidRPr="00BF2478" w:rsidRDefault="00E21AEE" w:rsidP="00BF2478">
            <w:pPr>
              <w:jc w:val="both"/>
              <w:rPr>
                <w:rFonts w:ascii="BIZ UDP明朝 Medium" w:eastAsia="BIZ UDP明朝 Medium" w:hAnsi="BIZ UDP明朝 Medium"/>
              </w:rPr>
            </w:pPr>
          </w:p>
        </w:tc>
      </w:tr>
      <w:tr w:rsidR="00E21AEE" w:rsidRPr="00E21AEE" w14:paraId="4C7820C5" w14:textId="77777777" w:rsidTr="00BF2478">
        <w:trPr>
          <w:jc w:val="right"/>
        </w:trPr>
        <w:tc>
          <w:tcPr>
            <w:tcW w:w="2592" w:type="dxa"/>
            <w:tcBorders>
              <w:top w:val="none" w:sz="4" w:space="0" w:color="D9D9D9" w:themeColor="background1" w:themeShade="D9"/>
              <w:left w:val="none" w:sz="4" w:space="0" w:color="D9D9D9" w:themeColor="background1" w:themeShade="D9"/>
              <w:bottom w:val="none" w:sz="4" w:space="0" w:color="D9D9D9" w:themeColor="background1" w:themeShade="D9"/>
              <w:right w:val="none" w:sz="4" w:space="0" w:color="D9D9D9" w:themeColor="background1" w:themeShade="D9"/>
            </w:tcBorders>
            <w:vAlign w:val="center"/>
          </w:tcPr>
          <w:p w14:paraId="70A32B6E" w14:textId="77777777" w:rsidR="00E21AEE" w:rsidRPr="00BF2478" w:rsidRDefault="471D9B72" w:rsidP="00BF2478">
            <w:pPr>
              <w:jc w:val="both"/>
              <w:rPr>
                <w:rFonts w:ascii="BIZ UDP明朝 Medium" w:eastAsia="BIZ UDP明朝 Medium" w:hAnsi="BIZ UDP明朝 Medium"/>
              </w:rPr>
            </w:pPr>
            <w:proofErr w:type="spellStart"/>
            <w:r w:rsidRPr="00BF2478">
              <w:rPr>
                <w:rFonts w:ascii="BIZ UDP明朝 Medium" w:eastAsia="BIZ UDP明朝 Medium" w:hAnsi="BIZ UDP明朝 Medium"/>
                <w:sz w:val="20"/>
                <w:szCs w:val="20"/>
              </w:rPr>
              <w:t>電話番号</w:t>
            </w:r>
            <w:proofErr w:type="spellEnd"/>
            <w:r w:rsidRPr="00BF2478">
              <w:rPr>
                <w:rFonts w:ascii="BIZ UDP明朝 Medium" w:eastAsia="BIZ UDP明朝 Medium" w:hAnsi="BIZ UDP明朝 Medium"/>
                <w:sz w:val="20"/>
                <w:szCs w:val="20"/>
              </w:rPr>
              <w:t>：</w:t>
            </w:r>
          </w:p>
        </w:tc>
        <w:tc>
          <w:tcPr>
            <w:tcW w:w="3600" w:type="dxa"/>
            <w:tcBorders>
              <w:top w:val="none" w:sz="4" w:space="0" w:color="D9D9D9" w:themeColor="background1" w:themeShade="D9"/>
              <w:left w:val="none" w:sz="4" w:space="0" w:color="D9D9D9" w:themeColor="background1" w:themeShade="D9"/>
              <w:bottom w:val="single" w:sz="4" w:space="0" w:color="595959" w:themeColor="text1" w:themeTint="A6"/>
              <w:right w:val="none" w:sz="4" w:space="0" w:color="D9D9D9" w:themeColor="background1" w:themeShade="D9"/>
            </w:tcBorders>
            <w:vAlign w:val="center"/>
          </w:tcPr>
          <w:p w14:paraId="3EC5FC98" w14:textId="77777777" w:rsidR="00E21AEE" w:rsidRPr="00BF2478" w:rsidRDefault="00E21AEE" w:rsidP="00BF2478">
            <w:pPr>
              <w:jc w:val="both"/>
              <w:rPr>
                <w:rFonts w:ascii="BIZ UDP明朝 Medium" w:eastAsia="BIZ UDP明朝 Medium" w:hAnsi="BIZ UDP明朝 Medium"/>
              </w:rPr>
            </w:pPr>
          </w:p>
        </w:tc>
      </w:tr>
      <w:tr w:rsidR="00E21AEE" w:rsidRPr="00E21AEE" w14:paraId="723373A3" w14:textId="77777777" w:rsidTr="00BF2478">
        <w:trPr>
          <w:jc w:val="right"/>
        </w:trPr>
        <w:tc>
          <w:tcPr>
            <w:tcW w:w="2592" w:type="dxa"/>
            <w:tcBorders>
              <w:top w:val="none" w:sz="4" w:space="0" w:color="D9D9D9" w:themeColor="background1" w:themeShade="D9"/>
              <w:left w:val="none" w:sz="4" w:space="0" w:color="D9D9D9" w:themeColor="background1" w:themeShade="D9"/>
              <w:bottom w:val="none" w:sz="4" w:space="0" w:color="D9D9D9" w:themeColor="background1" w:themeShade="D9"/>
              <w:right w:val="none" w:sz="4" w:space="0" w:color="D9D9D9" w:themeColor="background1" w:themeShade="D9"/>
            </w:tcBorders>
            <w:vAlign w:val="center"/>
          </w:tcPr>
          <w:p w14:paraId="378DFF55" w14:textId="77777777" w:rsidR="00E21AEE" w:rsidRPr="00BF2478" w:rsidRDefault="471D9B72" w:rsidP="00BF2478">
            <w:pPr>
              <w:jc w:val="both"/>
              <w:rPr>
                <w:rFonts w:ascii="BIZ UDP明朝 Medium" w:eastAsia="BIZ UDP明朝 Medium" w:hAnsi="BIZ UDP明朝 Medium"/>
              </w:rPr>
            </w:pPr>
            <w:proofErr w:type="spellStart"/>
            <w:r w:rsidRPr="00BF2478">
              <w:rPr>
                <w:rFonts w:ascii="BIZ UDP明朝 Medium" w:eastAsia="BIZ UDP明朝 Medium" w:hAnsi="BIZ UDP明朝 Medium"/>
                <w:sz w:val="20"/>
                <w:szCs w:val="20"/>
              </w:rPr>
              <w:t>メールアドレス</w:t>
            </w:r>
            <w:proofErr w:type="spellEnd"/>
            <w:r w:rsidRPr="00BF2478">
              <w:rPr>
                <w:rFonts w:ascii="BIZ UDP明朝 Medium" w:eastAsia="BIZ UDP明朝 Medium" w:hAnsi="BIZ UDP明朝 Medium"/>
                <w:sz w:val="20"/>
                <w:szCs w:val="20"/>
              </w:rPr>
              <w:t>：</w:t>
            </w:r>
          </w:p>
        </w:tc>
        <w:tc>
          <w:tcPr>
            <w:tcW w:w="3600" w:type="dxa"/>
            <w:tcBorders>
              <w:top w:val="none" w:sz="4" w:space="0" w:color="D9D9D9" w:themeColor="background1" w:themeShade="D9"/>
              <w:left w:val="none" w:sz="4" w:space="0" w:color="D9D9D9" w:themeColor="background1" w:themeShade="D9"/>
              <w:bottom w:val="single" w:sz="4" w:space="0" w:color="595959" w:themeColor="text1" w:themeTint="A6"/>
              <w:right w:val="none" w:sz="4" w:space="0" w:color="D9D9D9" w:themeColor="background1" w:themeShade="D9"/>
            </w:tcBorders>
            <w:vAlign w:val="center"/>
          </w:tcPr>
          <w:p w14:paraId="5D892A95" w14:textId="77777777" w:rsidR="00E21AEE" w:rsidRPr="00BF2478" w:rsidRDefault="00E21AEE" w:rsidP="00BF2478">
            <w:pPr>
              <w:jc w:val="both"/>
              <w:rPr>
                <w:rFonts w:ascii="BIZ UDP明朝 Medium" w:eastAsia="BIZ UDP明朝 Medium" w:hAnsi="BIZ UDP明朝 Medium"/>
              </w:rPr>
            </w:pPr>
          </w:p>
        </w:tc>
      </w:tr>
    </w:tbl>
    <w:p w14:paraId="3AE8286E" w14:textId="3989A252" w:rsidR="00E21AEE" w:rsidRPr="00E21AEE" w:rsidRDefault="00E21AEE" w:rsidP="67D0247B">
      <w:pPr>
        <w:spacing w:line="360" w:lineRule="auto"/>
        <w:rPr>
          <w:rFonts w:ascii="BIZ UD明朝 Medium" w:eastAsia="BIZ UD明朝 Medium" w:hAnsi="BIZ UD明朝 Medium"/>
          <w:lang w:eastAsia="ja-JP"/>
        </w:rPr>
      </w:pPr>
      <w:r>
        <w:rPr>
          <w:lang w:eastAsia="ja-JP"/>
        </w:rPr>
        <w:br/>
      </w:r>
      <w:r w:rsidR="471D9B72" w:rsidRPr="67D0247B">
        <w:rPr>
          <w:rFonts w:ascii="BIZ UD明朝 Medium" w:eastAsia="BIZ UD明朝 Medium" w:hAnsi="BIZ UD明朝 Medium"/>
          <w:sz w:val="22"/>
          <w:lang w:eastAsia="ja-JP"/>
        </w:rPr>
        <w:t>仙台市地域生物多様性増進活動支援センター規約第７条の規定に基づき、下記のとおり部会の</w:t>
      </w:r>
      <w:r w:rsidR="002B1AD6">
        <w:rPr>
          <w:rFonts w:ascii="BIZ UD明朝 Medium" w:eastAsia="BIZ UD明朝 Medium" w:hAnsi="BIZ UD明朝 Medium" w:hint="eastAsia"/>
          <w:sz w:val="22"/>
          <w:lang w:eastAsia="ja-JP"/>
        </w:rPr>
        <w:t>設置</w:t>
      </w:r>
      <w:r w:rsidR="471D9B72" w:rsidRPr="67D0247B">
        <w:rPr>
          <w:rFonts w:ascii="BIZ UD明朝 Medium" w:eastAsia="BIZ UD明朝 Medium" w:hAnsi="BIZ UD明朝 Medium"/>
          <w:sz w:val="22"/>
          <w:lang w:eastAsia="ja-JP"/>
        </w:rPr>
        <w:t>を申請します</w:t>
      </w:r>
      <w:r w:rsidR="471D9B72" w:rsidRPr="67D0247B">
        <w:rPr>
          <w:rFonts w:ascii="BIZ UD明朝 Medium" w:eastAsia="BIZ UD明朝 Medium" w:hAnsi="BIZ UD明朝 Medium"/>
          <w:lang w:eastAsia="ja-JP"/>
        </w:rPr>
        <w:t>。</w:t>
      </w:r>
      <w:r>
        <w:rPr>
          <w:lang w:eastAsia="ja-JP"/>
        </w:rPr>
        <w:br/>
      </w:r>
    </w:p>
    <w:p w14:paraId="7763D34F" w14:textId="385699E9" w:rsidR="00E21AEE" w:rsidRPr="00E21AEE" w:rsidRDefault="471D9B72" w:rsidP="67D0247B">
      <w:pPr>
        <w:spacing w:line="360" w:lineRule="auto"/>
        <w:rPr>
          <w:rFonts w:ascii="BIZ UD明朝 Medium" w:eastAsia="BIZ UD明朝 Medium" w:hAnsi="BIZ UD明朝 Medium"/>
          <w:lang w:eastAsia="ja-JP"/>
        </w:rPr>
      </w:pPr>
      <w:r w:rsidRPr="67D0247B">
        <w:rPr>
          <w:rFonts w:ascii="BIZ UD明朝 Medium" w:eastAsia="BIZ UD明朝 Medium" w:hAnsi="BIZ UD明朝 Medium"/>
          <w:b/>
          <w:bCs/>
          <w:sz w:val="24"/>
          <w:szCs w:val="24"/>
          <w:lang w:eastAsia="ja-JP"/>
        </w:rPr>
        <w:t>１．</w:t>
      </w:r>
      <w:r w:rsidR="002B1AD6">
        <w:rPr>
          <w:rFonts w:ascii="BIZ UD明朝 Medium" w:eastAsia="BIZ UD明朝 Medium" w:hAnsi="BIZ UD明朝 Medium" w:hint="eastAsia"/>
          <w:b/>
          <w:bCs/>
          <w:sz w:val="24"/>
          <w:szCs w:val="24"/>
          <w:lang w:eastAsia="ja-JP"/>
        </w:rPr>
        <w:t>設置</w:t>
      </w:r>
      <w:r w:rsidRPr="67D0247B">
        <w:rPr>
          <w:rFonts w:ascii="BIZ UD明朝 Medium" w:eastAsia="BIZ UD明朝 Medium" w:hAnsi="BIZ UD明朝 Medium"/>
          <w:b/>
          <w:bCs/>
          <w:sz w:val="24"/>
          <w:szCs w:val="24"/>
          <w:lang w:eastAsia="ja-JP"/>
        </w:rPr>
        <w:t>を希望する部会の概要</w:t>
      </w:r>
    </w:p>
    <w:tbl>
      <w:tblPr>
        <w:tblW w:w="0" w:type="auto"/>
        <w:jc w:val="center"/>
        <w:tblLook w:val="04A0" w:firstRow="1" w:lastRow="0" w:firstColumn="1" w:lastColumn="0" w:noHBand="0" w:noVBand="1"/>
      </w:tblPr>
      <w:tblGrid>
        <w:gridCol w:w="3168"/>
        <w:gridCol w:w="6912"/>
      </w:tblGrid>
      <w:tr w:rsidR="00E21AEE" w:rsidRPr="00E21AEE" w14:paraId="4EA99BF5" w14:textId="77777777" w:rsidTr="67D0247B">
        <w:trPr>
          <w:jc w:val="center"/>
        </w:trPr>
        <w:tc>
          <w:tcPr>
            <w:tcW w:w="31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40" w:type="dxa"/>
              <w:left w:w="150" w:type="dxa"/>
              <w:bottom w:w="140" w:type="dxa"/>
              <w:right w:w="150" w:type="dxa"/>
            </w:tcMar>
            <w:vAlign w:val="center"/>
          </w:tcPr>
          <w:p w14:paraId="4BAE6540" w14:textId="77777777" w:rsidR="00E21AEE" w:rsidRPr="00E21AEE" w:rsidRDefault="471D9B72" w:rsidP="67D0247B">
            <w:pPr>
              <w:spacing w:after="0" w:line="360" w:lineRule="auto"/>
              <w:jc w:val="center"/>
              <w:rPr>
                <w:rFonts w:ascii="BIZ UD明朝 Medium" w:eastAsia="BIZ UD明朝 Medium" w:hAnsi="BIZ UD明朝 Medium"/>
                <w:lang w:eastAsia="ja-JP"/>
              </w:rPr>
            </w:pPr>
            <w:proofErr w:type="spellStart"/>
            <w:r w:rsidRPr="67D0247B">
              <w:rPr>
                <w:rFonts w:ascii="BIZ UD明朝 Medium" w:eastAsia="BIZ UD明朝 Medium" w:hAnsi="BIZ UD明朝 Medium"/>
                <w:b/>
                <w:bCs/>
                <w:sz w:val="20"/>
                <w:szCs w:val="20"/>
              </w:rPr>
              <w:t>部会名</w:t>
            </w:r>
            <w:proofErr w:type="spellEnd"/>
          </w:p>
        </w:tc>
        <w:tc>
          <w:tcPr>
            <w:tcW w:w="69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40" w:type="dxa"/>
              <w:left w:w="150" w:type="dxa"/>
              <w:bottom w:w="140" w:type="dxa"/>
              <w:right w:w="150" w:type="dxa"/>
            </w:tcMar>
            <w:vAlign w:val="center"/>
          </w:tcPr>
          <w:p w14:paraId="7C6F2349" w14:textId="14E1747D" w:rsidR="00E21AEE" w:rsidRPr="00E21AEE" w:rsidRDefault="00E21AEE" w:rsidP="67D0247B">
            <w:pPr>
              <w:spacing w:after="0" w:line="360" w:lineRule="auto"/>
              <w:rPr>
                <w:rFonts w:ascii="BIZ UD明朝 Medium" w:eastAsia="BIZ UD明朝 Medium" w:hAnsi="BIZ UD明朝 Medium"/>
              </w:rPr>
            </w:pPr>
          </w:p>
        </w:tc>
      </w:tr>
      <w:tr w:rsidR="00E21AEE" w:rsidRPr="00E21AEE" w14:paraId="2AC0AE29" w14:textId="77777777" w:rsidTr="67D0247B">
        <w:trPr>
          <w:jc w:val="center"/>
        </w:trPr>
        <w:tc>
          <w:tcPr>
            <w:tcW w:w="31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40" w:type="dxa"/>
              <w:left w:w="150" w:type="dxa"/>
              <w:bottom w:w="140" w:type="dxa"/>
              <w:right w:w="150" w:type="dxa"/>
            </w:tcMar>
            <w:vAlign w:val="center"/>
          </w:tcPr>
          <w:p w14:paraId="5BD0EA55" w14:textId="424BC022" w:rsidR="00E21AEE" w:rsidRPr="00E21AEE" w:rsidRDefault="002B1AD6" w:rsidP="67D0247B">
            <w:pPr>
              <w:spacing w:after="0" w:line="360" w:lineRule="auto"/>
              <w:jc w:val="center"/>
              <w:rPr>
                <w:rFonts w:ascii="BIZ UD明朝 Medium" w:eastAsia="BIZ UD明朝 Medium" w:hAnsi="BIZ UD明朝 Medium"/>
                <w:lang w:eastAsia="ja-JP"/>
              </w:rPr>
            </w:pPr>
            <w:r>
              <w:rPr>
                <w:rFonts w:ascii="BIZ UD明朝 Medium" w:eastAsia="BIZ UD明朝 Medium" w:hAnsi="BIZ UD明朝 Medium" w:hint="eastAsia"/>
                <w:b/>
                <w:bCs/>
                <w:sz w:val="20"/>
                <w:szCs w:val="20"/>
                <w:lang w:eastAsia="ja-JP"/>
              </w:rPr>
              <w:t>設置</w:t>
            </w:r>
            <w:r w:rsidR="471D9B72" w:rsidRPr="67D0247B">
              <w:rPr>
                <w:rFonts w:ascii="BIZ UD明朝 Medium" w:eastAsia="BIZ UD明朝 Medium" w:hAnsi="BIZ UD明朝 Medium"/>
                <w:b/>
                <w:bCs/>
                <w:sz w:val="20"/>
                <w:szCs w:val="20"/>
                <w:lang w:eastAsia="ja-JP"/>
              </w:rPr>
              <w:t>の目的</w:t>
            </w:r>
          </w:p>
        </w:tc>
        <w:tc>
          <w:tcPr>
            <w:tcW w:w="69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40" w:type="dxa"/>
              <w:left w:w="150" w:type="dxa"/>
              <w:bottom w:w="140" w:type="dxa"/>
              <w:right w:w="150" w:type="dxa"/>
            </w:tcMar>
            <w:vAlign w:val="center"/>
          </w:tcPr>
          <w:p w14:paraId="1D7E2852" w14:textId="77777777" w:rsidR="00E21AEE" w:rsidRDefault="00E21AEE" w:rsidP="67D0247B">
            <w:pPr>
              <w:spacing w:after="0" w:line="360" w:lineRule="auto"/>
              <w:rPr>
                <w:rFonts w:ascii="BIZ UD明朝 Medium" w:eastAsia="BIZ UD明朝 Medium" w:hAnsi="BIZ UD明朝 Medium"/>
                <w:lang w:eastAsia="ja-JP"/>
              </w:rPr>
            </w:pPr>
          </w:p>
          <w:p w14:paraId="78BAA108" w14:textId="03EEFC22" w:rsidR="00BF2478" w:rsidRPr="00E21AEE" w:rsidRDefault="00BF2478" w:rsidP="67D0247B">
            <w:pPr>
              <w:spacing w:after="0" w:line="360" w:lineRule="auto"/>
              <w:rPr>
                <w:rFonts w:ascii="BIZ UD明朝 Medium" w:eastAsia="BIZ UD明朝 Medium" w:hAnsi="BIZ UD明朝 Medium"/>
                <w:lang w:eastAsia="ja-JP"/>
              </w:rPr>
            </w:pPr>
          </w:p>
        </w:tc>
      </w:tr>
      <w:tr w:rsidR="00E21AEE" w:rsidRPr="00E21AEE" w14:paraId="4520D0C4" w14:textId="77777777" w:rsidTr="67D0247B">
        <w:trPr>
          <w:jc w:val="center"/>
        </w:trPr>
        <w:tc>
          <w:tcPr>
            <w:tcW w:w="31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40" w:type="dxa"/>
              <w:left w:w="150" w:type="dxa"/>
              <w:bottom w:w="140" w:type="dxa"/>
              <w:right w:w="150" w:type="dxa"/>
            </w:tcMar>
            <w:vAlign w:val="center"/>
          </w:tcPr>
          <w:p w14:paraId="3CE63748" w14:textId="77777777" w:rsidR="00E21AEE" w:rsidRPr="00E21AEE" w:rsidRDefault="471D9B72" w:rsidP="67D0247B">
            <w:pPr>
              <w:spacing w:after="0" w:line="360" w:lineRule="auto"/>
              <w:jc w:val="center"/>
              <w:rPr>
                <w:rFonts w:ascii="BIZ UD明朝 Medium" w:eastAsia="BIZ UD明朝 Medium" w:hAnsi="BIZ UD明朝 Medium"/>
                <w:lang w:eastAsia="ja-JP"/>
              </w:rPr>
            </w:pPr>
            <w:r w:rsidRPr="67D0247B">
              <w:rPr>
                <w:rFonts w:ascii="BIZ UD明朝 Medium" w:eastAsia="BIZ UD明朝 Medium" w:hAnsi="BIZ UD明朝 Medium"/>
                <w:b/>
                <w:bCs/>
                <w:sz w:val="20"/>
                <w:szCs w:val="20"/>
                <w:lang w:eastAsia="ja-JP"/>
              </w:rPr>
              <w:t>主な活動内容・計画</w:t>
            </w:r>
          </w:p>
        </w:tc>
        <w:tc>
          <w:tcPr>
            <w:tcW w:w="69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40" w:type="dxa"/>
              <w:left w:w="150" w:type="dxa"/>
              <w:bottom w:w="140" w:type="dxa"/>
              <w:right w:w="150" w:type="dxa"/>
            </w:tcMar>
            <w:vAlign w:val="center"/>
          </w:tcPr>
          <w:p w14:paraId="183D3414" w14:textId="77777777" w:rsidR="00E21AEE" w:rsidRDefault="00E21AEE" w:rsidP="67D0247B">
            <w:pPr>
              <w:spacing w:after="0" w:line="360" w:lineRule="auto"/>
              <w:rPr>
                <w:rFonts w:eastAsia="BIZ UD明朝 Medium"/>
                <w:lang w:eastAsia="ja-JP"/>
              </w:rPr>
            </w:pPr>
          </w:p>
          <w:p w14:paraId="66E39D92" w14:textId="50D4D642" w:rsidR="00BF2478" w:rsidRPr="00E21AEE" w:rsidRDefault="00BF2478" w:rsidP="67D0247B">
            <w:pPr>
              <w:spacing w:after="0" w:line="360" w:lineRule="auto"/>
              <w:rPr>
                <w:rFonts w:ascii="BIZ UD明朝 Medium" w:eastAsia="BIZ UD明朝 Medium" w:hAnsi="BIZ UD明朝 Medium"/>
                <w:lang w:eastAsia="ja-JP"/>
              </w:rPr>
            </w:pPr>
          </w:p>
        </w:tc>
      </w:tr>
    </w:tbl>
    <w:p w14:paraId="16F5CA2B" w14:textId="77777777" w:rsidR="00E21AEE" w:rsidRDefault="00E21AEE" w:rsidP="67D0247B">
      <w:pPr>
        <w:spacing w:line="360" w:lineRule="auto"/>
        <w:rPr>
          <w:rFonts w:ascii="BIZ UD明朝 Medium" w:eastAsia="BIZ UD明朝 Medium" w:hAnsi="BIZ UD明朝 Medium"/>
          <w:lang w:eastAsia="ja-JP"/>
        </w:rPr>
      </w:pPr>
    </w:p>
    <w:p w14:paraId="6E599ABA" w14:textId="77777777" w:rsidR="00E21AEE" w:rsidRDefault="00E21AEE" w:rsidP="67D0247B">
      <w:pPr>
        <w:spacing w:line="360" w:lineRule="auto"/>
        <w:rPr>
          <w:rFonts w:ascii="BIZ UD明朝 Medium" w:eastAsia="BIZ UD明朝 Medium" w:hAnsi="BIZ UD明朝 Medium"/>
          <w:lang w:eastAsia="ja-JP"/>
        </w:rPr>
      </w:pPr>
      <w:r w:rsidRPr="67D0247B">
        <w:rPr>
          <w:rFonts w:ascii="BIZ UD明朝 Medium" w:eastAsia="BIZ UD明朝 Medium" w:hAnsi="BIZ UD明朝 Medium"/>
          <w:lang w:eastAsia="ja-JP"/>
        </w:rPr>
        <w:br w:type="page"/>
      </w:r>
    </w:p>
    <w:p w14:paraId="7E91B9DE" w14:textId="77777777" w:rsidR="00E21AEE" w:rsidRPr="00E21AEE" w:rsidRDefault="00E21AEE" w:rsidP="67D0247B">
      <w:pPr>
        <w:spacing w:line="360" w:lineRule="auto"/>
        <w:rPr>
          <w:rFonts w:ascii="BIZ UD明朝 Medium" w:eastAsia="BIZ UD明朝 Medium" w:hAnsi="BIZ UD明朝 Medium"/>
          <w:lang w:eastAsia="ja-JP"/>
        </w:rPr>
      </w:pPr>
    </w:p>
    <w:p w14:paraId="379473DB" w14:textId="7A897230" w:rsidR="00E21AEE" w:rsidRPr="00E21AEE" w:rsidRDefault="471D9B72" w:rsidP="67D0247B">
      <w:pPr>
        <w:spacing w:line="360" w:lineRule="auto"/>
        <w:rPr>
          <w:rFonts w:ascii="BIZ UD明朝 Medium" w:eastAsia="BIZ UD明朝 Medium" w:hAnsi="BIZ UD明朝 Medium"/>
          <w:lang w:eastAsia="ja-JP"/>
        </w:rPr>
      </w:pPr>
      <w:r w:rsidRPr="67D0247B">
        <w:rPr>
          <w:rFonts w:ascii="BIZ UD明朝 Medium" w:eastAsia="BIZ UD明朝 Medium" w:hAnsi="BIZ UD明朝 Medium"/>
          <w:b/>
          <w:bCs/>
          <w:sz w:val="24"/>
          <w:szCs w:val="24"/>
          <w:lang w:eastAsia="ja-JP"/>
        </w:rPr>
        <w:t>２．部会構成員（予定者）リスト</w:t>
      </w:r>
    </w:p>
    <w:tbl>
      <w:tblPr>
        <w:tblW w:w="0" w:type="auto"/>
        <w:jc w:val="center"/>
        <w:tblLook w:val="0600" w:firstRow="0" w:lastRow="0" w:firstColumn="0" w:lastColumn="0" w:noHBand="1" w:noVBand="1"/>
      </w:tblPr>
      <w:tblGrid>
        <w:gridCol w:w="845"/>
        <w:gridCol w:w="3724"/>
        <w:gridCol w:w="2538"/>
        <w:gridCol w:w="3046"/>
      </w:tblGrid>
      <w:tr w:rsidR="00E21AEE" w:rsidRPr="00E21AEE" w14:paraId="6E24CAAD" w14:textId="77777777" w:rsidTr="67D0247B">
        <w:trPr>
          <w:trHeight w:val="684"/>
          <w:jc w:val="center"/>
        </w:trPr>
        <w:tc>
          <w:tcPr>
            <w:tcW w:w="84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552D7C4A" w14:textId="77777777" w:rsidR="00E21AEE" w:rsidRPr="00E21AEE" w:rsidRDefault="471D9B72" w:rsidP="67D0247B">
            <w:pPr>
              <w:spacing w:after="0" w:line="360" w:lineRule="auto"/>
              <w:jc w:val="center"/>
              <w:rPr>
                <w:rFonts w:ascii="BIZ UD明朝 Medium" w:eastAsia="BIZ UD明朝 Medium" w:hAnsi="BIZ UD明朝 Medium"/>
              </w:rPr>
            </w:pPr>
            <w:r w:rsidRPr="67D0247B">
              <w:rPr>
                <w:rFonts w:ascii="BIZ UD明朝 Medium" w:eastAsia="BIZ UD明朝 Medium" w:hAnsi="BIZ UD明朝 Medium"/>
                <w:b/>
                <w:bCs/>
                <w:sz w:val="20"/>
                <w:szCs w:val="20"/>
              </w:rPr>
              <w:t>No.</w:t>
            </w:r>
          </w:p>
        </w:tc>
        <w:tc>
          <w:tcPr>
            <w:tcW w:w="37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4D05F3A8" w14:textId="7ED74422" w:rsidR="00E21AEE" w:rsidRPr="00E21AEE" w:rsidRDefault="471D9B72" w:rsidP="67D0247B">
            <w:pPr>
              <w:spacing w:after="0" w:line="360" w:lineRule="auto"/>
              <w:jc w:val="center"/>
              <w:rPr>
                <w:rFonts w:ascii="BIZ UD明朝 Medium" w:eastAsia="BIZ UD明朝 Medium" w:hAnsi="BIZ UD明朝 Medium"/>
                <w:b/>
                <w:bCs/>
                <w:sz w:val="20"/>
                <w:szCs w:val="20"/>
                <w:lang w:eastAsia="ja-JP"/>
              </w:rPr>
            </w:pPr>
            <w:r w:rsidRPr="67D0247B">
              <w:rPr>
                <w:rFonts w:ascii="BIZ UD明朝 Medium" w:eastAsia="BIZ UD明朝 Medium" w:hAnsi="BIZ UD明朝 Medium"/>
                <w:b/>
                <w:bCs/>
                <w:sz w:val="20"/>
                <w:szCs w:val="20"/>
                <w:lang w:eastAsia="ja-JP"/>
              </w:rPr>
              <w:t>団体名</w:t>
            </w:r>
          </w:p>
        </w:tc>
        <w:tc>
          <w:tcPr>
            <w:tcW w:w="25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78614686" w14:textId="77777777" w:rsidR="00E21AEE" w:rsidRPr="00E21AEE" w:rsidRDefault="471D9B72" w:rsidP="67D0247B">
            <w:pPr>
              <w:spacing w:after="0" w:line="360" w:lineRule="auto"/>
              <w:jc w:val="center"/>
              <w:rPr>
                <w:rFonts w:ascii="BIZ UD明朝 Medium" w:eastAsia="BIZ UD明朝 Medium" w:hAnsi="BIZ UD明朝 Medium"/>
              </w:rPr>
            </w:pPr>
            <w:proofErr w:type="spellStart"/>
            <w:r w:rsidRPr="67D0247B">
              <w:rPr>
                <w:rFonts w:ascii="BIZ UD明朝 Medium" w:eastAsia="BIZ UD明朝 Medium" w:hAnsi="BIZ UD明朝 Medium"/>
                <w:b/>
                <w:bCs/>
                <w:sz w:val="20"/>
                <w:szCs w:val="20"/>
              </w:rPr>
              <w:t>氏名</w:t>
            </w:r>
            <w:proofErr w:type="spellEnd"/>
          </w:p>
        </w:tc>
        <w:tc>
          <w:tcPr>
            <w:tcW w:w="3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46DB825B" w14:textId="77777777" w:rsidR="00E21AEE" w:rsidRPr="00E21AEE" w:rsidRDefault="471D9B72" w:rsidP="67D0247B">
            <w:pPr>
              <w:spacing w:after="0" w:line="360" w:lineRule="auto"/>
              <w:jc w:val="center"/>
              <w:rPr>
                <w:rFonts w:ascii="BIZ UD明朝 Medium" w:eastAsia="BIZ UD明朝 Medium" w:hAnsi="BIZ UD明朝 Medium"/>
                <w:b/>
                <w:bCs/>
                <w:lang w:eastAsia="ja-JP"/>
              </w:rPr>
            </w:pPr>
            <w:r w:rsidRPr="67D0247B">
              <w:rPr>
                <w:rFonts w:ascii="BIZ UD明朝 Medium" w:eastAsia="BIZ UD明朝 Medium" w:hAnsi="BIZ UD明朝 Medium"/>
                <w:b/>
                <w:bCs/>
                <w:lang w:eastAsia="ja-JP"/>
              </w:rPr>
              <w:t>備考</w:t>
            </w:r>
          </w:p>
        </w:tc>
      </w:tr>
      <w:tr w:rsidR="00E21AEE" w:rsidRPr="00E21AEE" w14:paraId="320BCFA4" w14:textId="77777777" w:rsidTr="67D0247B">
        <w:trPr>
          <w:trHeight w:val="684"/>
          <w:jc w:val="center"/>
        </w:trPr>
        <w:tc>
          <w:tcPr>
            <w:tcW w:w="84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14804516" w14:textId="77777777" w:rsidR="00E21AEE" w:rsidRPr="00E21AEE" w:rsidRDefault="471D9B72" w:rsidP="67D0247B">
            <w:pPr>
              <w:spacing w:after="0" w:line="360" w:lineRule="auto"/>
              <w:jc w:val="center"/>
              <w:rPr>
                <w:rFonts w:ascii="BIZ UD明朝 Medium" w:eastAsia="BIZ UD明朝 Medium" w:hAnsi="BIZ UD明朝 Medium"/>
              </w:rPr>
            </w:pPr>
            <w:r w:rsidRPr="67D0247B">
              <w:rPr>
                <w:rFonts w:ascii="BIZ UD明朝 Medium" w:eastAsia="BIZ UD明朝 Medium" w:hAnsi="BIZ UD明朝 Medium"/>
                <w:sz w:val="20"/>
                <w:szCs w:val="20"/>
              </w:rPr>
              <w:t>1</w:t>
            </w:r>
          </w:p>
        </w:tc>
        <w:tc>
          <w:tcPr>
            <w:tcW w:w="37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17E728BF" w14:textId="77777777" w:rsidR="00E21AEE" w:rsidRPr="00E21AEE" w:rsidRDefault="00E21AEE" w:rsidP="67D0247B">
            <w:pPr>
              <w:spacing w:after="0" w:line="360" w:lineRule="auto"/>
              <w:rPr>
                <w:rFonts w:ascii="BIZ UD明朝 Medium" w:eastAsia="BIZ UD明朝 Medium" w:hAnsi="BIZ UD明朝 Medium"/>
              </w:rPr>
            </w:pPr>
          </w:p>
        </w:tc>
        <w:tc>
          <w:tcPr>
            <w:tcW w:w="25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1A12F35E" w14:textId="77777777" w:rsidR="00E21AEE" w:rsidRPr="00E21AEE" w:rsidRDefault="00E21AEE" w:rsidP="67D0247B">
            <w:pPr>
              <w:spacing w:after="0" w:line="360" w:lineRule="auto"/>
              <w:rPr>
                <w:rFonts w:ascii="BIZ UD明朝 Medium" w:eastAsia="BIZ UD明朝 Medium" w:hAnsi="BIZ UD明朝 Medium"/>
              </w:rPr>
            </w:pPr>
          </w:p>
        </w:tc>
        <w:tc>
          <w:tcPr>
            <w:tcW w:w="3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640F17AA" w14:textId="2B3850A4" w:rsidR="00E21AEE" w:rsidRPr="00E21AEE" w:rsidRDefault="00E21AEE" w:rsidP="67D0247B">
            <w:pPr>
              <w:spacing w:after="0" w:line="360" w:lineRule="auto"/>
              <w:rPr>
                <w:rFonts w:ascii="BIZ UD明朝 Medium" w:eastAsia="BIZ UD明朝 Medium" w:hAnsi="BIZ UD明朝 Medium"/>
                <w:lang w:eastAsia="ja-JP"/>
              </w:rPr>
            </w:pPr>
          </w:p>
        </w:tc>
      </w:tr>
      <w:tr w:rsidR="00E21AEE" w:rsidRPr="00E21AEE" w14:paraId="038F1644" w14:textId="77777777" w:rsidTr="67D0247B">
        <w:trPr>
          <w:trHeight w:val="684"/>
          <w:jc w:val="center"/>
        </w:trPr>
        <w:tc>
          <w:tcPr>
            <w:tcW w:w="84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0A299C3A" w14:textId="77777777" w:rsidR="00E21AEE" w:rsidRPr="00E21AEE" w:rsidRDefault="471D9B72" w:rsidP="67D0247B">
            <w:pPr>
              <w:spacing w:after="0" w:line="360" w:lineRule="auto"/>
              <w:jc w:val="center"/>
              <w:rPr>
                <w:rFonts w:ascii="BIZ UD明朝 Medium" w:eastAsia="BIZ UD明朝 Medium" w:hAnsi="BIZ UD明朝 Medium"/>
              </w:rPr>
            </w:pPr>
            <w:r w:rsidRPr="67D0247B">
              <w:rPr>
                <w:rFonts w:ascii="BIZ UD明朝 Medium" w:eastAsia="BIZ UD明朝 Medium" w:hAnsi="BIZ UD明朝 Medium"/>
                <w:sz w:val="20"/>
                <w:szCs w:val="20"/>
              </w:rPr>
              <w:t>2</w:t>
            </w:r>
          </w:p>
        </w:tc>
        <w:tc>
          <w:tcPr>
            <w:tcW w:w="37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795B01C8" w14:textId="77777777" w:rsidR="00E21AEE" w:rsidRPr="00E21AEE" w:rsidRDefault="00E21AEE" w:rsidP="67D0247B">
            <w:pPr>
              <w:spacing w:after="0" w:line="360" w:lineRule="auto"/>
              <w:rPr>
                <w:rFonts w:ascii="BIZ UD明朝 Medium" w:eastAsia="BIZ UD明朝 Medium" w:hAnsi="BIZ UD明朝 Medium"/>
              </w:rPr>
            </w:pPr>
          </w:p>
        </w:tc>
        <w:tc>
          <w:tcPr>
            <w:tcW w:w="25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33605602" w14:textId="77777777" w:rsidR="00E21AEE" w:rsidRPr="00E21AEE" w:rsidRDefault="00E21AEE" w:rsidP="67D0247B">
            <w:pPr>
              <w:spacing w:after="0" w:line="360" w:lineRule="auto"/>
              <w:rPr>
                <w:rFonts w:ascii="BIZ UD明朝 Medium" w:eastAsia="BIZ UD明朝 Medium" w:hAnsi="BIZ UD明朝 Medium"/>
              </w:rPr>
            </w:pPr>
          </w:p>
        </w:tc>
        <w:tc>
          <w:tcPr>
            <w:tcW w:w="3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11D06A6A" w14:textId="5ED8C0FE" w:rsidR="00E21AEE" w:rsidRPr="00E21AEE" w:rsidRDefault="00E21AEE" w:rsidP="67D0247B">
            <w:pPr>
              <w:spacing w:after="0" w:line="360" w:lineRule="auto"/>
              <w:rPr>
                <w:rFonts w:ascii="BIZ UD明朝 Medium" w:eastAsia="BIZ UD明朝 Medium" w:hAnsi="BIZ UD明朝 Medium"/>
                <w:lang w:eastAsia="ja-JP"/>
              </w:rPr>
            </w:pPr>
          </w:p>
        </w:tc>
      </w:tr>
      <w:tr w:rsidR="00E21AEE" w:rsidRPr="00E21AEE" w14:paraId="068A3675" w14:textId="77777777" w:rsidTr="67D0247B">
        <w:trPr>
          <w:trHeight w:val="684"/>
          <w:jc w:val="center"/>
        </w:trPr>
        <w:tc>
          <w:tcPr>
            <w:tcW w:w="84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2355D332" w14:textId="77777777" w:rsidR="00E21AEE" w:rsidRPr="00E21AEE" w:rsidRDefault="471D9B72" w:rsidP="67D0247B">
            <w:pPr>
              <w:spacing w:after="0" w:line="360" w:lineRule="auto"/>
              <w:jc w:val="center"/>
              <w:rPr>
                <w:rFonts w:ascii="BIZ UD明朝 Medium" w:eastAsia="BIZ UD明朝 Medium" w:hAnsi="BIZ UD明朝 Medium"/>
              </w:rPr>
            </w:pPr>
            <w:r w:rsidRPr="67D0247B">
              <w:rPr>
                <w:rFonts w:ascii="BIZ UD明朝 Medium" w:eastAsia="BIZ UD明朝 Medium" w:hAnsi="BIZ UD明朝 Medium"/>
                <w:sz w:val="20"/>
                <w:szCs w:val="20"/>
              </w:rPr>
              <w:t>3</w:t>
            </w:r>
          </w:p>
        </w:tc>
        <w:tc>
          <w:tcPr>
            <w:tcW w:w="37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2E93EA40" w14:textId="77777777" w:rsidR="00E21AEE" w:rsidRPr="00E21AEE" w:rsidRDefault="00E21AEE" w:rsidP="67D0247B">
            <w:pPr>
              <w:spacing w:after="0" w:line="360" w:lineRule="auto"/>
              <w:rPr>
                <w:rFonts w:ascii="BIZ UD明朝 Medium" w:eastAsia="BIZ UD明朝 Medium" w:hAnsi="BIZ UD明朝 Medium"/>
              </w:rPr>
            </w:pPr>
          </w:p>
        </w:tc>
        <w:tc>
          <w:tcPr>
            <w:tcW w:w="25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7B8E5EDB" w14:textId="77777777" w:rsidR="00E21AEE" w:rsidRPr="00E21AEE" w:rsidRDefault="00E21AEE" w:rsidP="67D0247B">
            <w:pPr>
              <w:spacing w:after="0" w:line="360" w:lineRule="auto"/>
              <w:rPr>
                <w:rFonts w:ascii="BIZ UD明朝 Medium" w:eastAsia="BIZ UD明朝 Medium" w:hAnsi="BIZ UD明朝 Medium"/>
              </w:rPr>
            </w:pPr>
          </w:p>
        </w:tc>
        <w:tc>
          <w:tcPr>
            <w:tcW w:w="3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1FD9EDF3" w14:textId="529AE72B" w:rsidR="00E21AEE" w:rsidRPr="00E21AEE" w:rsidRDefault="00E21AEE" w:rsidP="67D0247B">
            <w:pPr>
              <w:spacing w:after="0" w:line="360" w:lineRule="auto"/>
              <w:rPr>
                <w:rFonts w:ascii="BIZ UD明朝 Medium" w:eastAsia="BIZ UD明朝 Medium" w:hAnsi="BIZ UD明朝 Medium"/>
                <w:lang w:eastAsia="ja-JP"/>
              </w:rPr>
            </w:pPr>
          </w:p>
        </w:tc>
      </w:tr>
      <w:tr w:rsidR="00E21AEE" w:rsidRPr="00E21AEE" w14:paraId="7061BFF1" w14:textId="77777777" w:rsidTr="67D0247B">
        <w:trPr>
          <w:trHeight w:val="684"/>
          <w:jc w:val="center"/>
        </w:trPr>
        <w:tc>
          <w:tcPr>
            <w:tcW w:w="84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7F57DC4D" w14:textId="77777777" w:rsidR="00E21AEE" w:rsidRPr="00E21AEE" w:rsidRDefault="471D9B72" w:rsidP="67D0247B">
            <w:pPr>
              <w:spacing w:after="0" w:line="360" w:lineRule="auto"/>
              <w:jc w:val="center"/>
              <w:rPr>
                <w:rFonts w:ascii="BIZ UD明朝 Medium" w:eastAsia="BIZ UD明朝 Medium" w:hAnsi="BIZ UD明朝 Medium"/>
              </w:rPr>
            </w:pPr>
            <w:r w:rsidRPr="67D0247B">
              <w:rPr>
                <w:rFonts w:ascii="BIZ UD明朝 Medium" w:eastAsia="BIZ UD明朝 Medium" w:hAnsi="BIZ UD明朝 Medium"/>
                <w:sz w:val="20"/>
                <w:szCs w:val="20"/>
              </w:rPr>
              <w:t>4</w:t>
            </w:r>
          </w:p>
        </w:tc>
        <w:tc>
          <w:tcPr>
            <w:tcW w:w="37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68AB5FD8" w14:textId="77777777" w:rsidR="00E21AEE" w:rsidRPr="00E21AEE" w:rsidRDefault="00E21AEE" w:rsidP="67D0247B">
            <w:pPr>
              <w:spacing w:after="0" w:line="360" w:lineRule="auto"/>
              <w:rPr>
                <w:rFonts w:ascii="BIZ UD明朝 Medium" w:eastAsia="BIZ UD明朝 Medium" w:hAnsi="BIZ UD明朝 Medium"/>
              </w:rPr>
            </w:pPr>
          </w:p>
        </w:tc>
        <w:tc>
          <w:tcPr>
            <w:tcW w:w="25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1188D4A3" w14:textId="77777777" w:rsidR="00E21AEE" w:rsidRPr="00E21AEE" w:rsidRDefault="00E21AEE" w:rsidP="67D0247B">
            <w:pPr>
              <w:spacing w:after="0" w:line="360" w:lineRule="auto"/>
              <w:rPr>
                <w:rFonts w:ascii="BIZ UD明朝 Medium" w:eastAsia="BIZ UD明朝 Medium" w:hAnsi="BIZ UD明朝 Medium"/>
              </w:rPr>
            </w:pPr>
          </w:p>
        </w:tc>
        <w:tc>
          <w:tcPr>
            <w:tcW w:w="3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49522BA9" w14:textId="705FA30D" w:rsidR="00E21AEE" w:rsidRPr="00E21AEE" w:rsidRDefault="00E21AEE" w:rsidP="67D0247B">
            <w:pPr>
              <w:spacing w:after="0" w:line="360" w:lineRule="auto"/>
              <w:rPr>
                <w:rFonts w:ascii="BIZ UD明朝 Medium" w:eastAsia="BIZ UD明朝 Medium" w:hAnsi="BIZ UD明朝 Medium"/>
                <w:lang w:eastAsia="ja-JP"/>
              </w:rPr>
            </w:pPr>
          </w:p>
        </w:tc>
      </w:tr>
      <w:tr w:rsidR="00E21AEE" w:rsidRPr="00E21AEE" w14:paraId="5A064657" w14:textId="77777777" w:rsidTr="67D0247B">
        <w:trPr>
          <w:trHeight w:val="684"/>
          <w:jc w:val="center"/>
        </w:trPr>
        <w:tc>
          <w:tcPr>
            <w:tcW w:w="84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710D80AD" w14:textId="77777777" w:rsidR="00E21AEE" w:rsidRPr="00E21AEE" w:rsidRDefault="471D9B72" w:rsidP="67D0247B">
            <w:pPr>
              <w:spacing w:after="0" w:line="360" w:lineRule="auto"/>
              <w:jc w:val="center"/>
              <w:rPr>
                <w:rFonts w:ascii="BIZ UD明朝 Medium" w:eastAsia="BIZ UD明朝 Medium" w:hAnsi="BIZ UD明朝 Medium"/>
              </w:rPr>
            </w:pPr>
            <w:r w:rsidRPr="67D0247B">
              <w:rPr>
                <w:rFonts w:ascii="BIZ UD明朝 Medium" w:eastAsia="BIZ UD明朝 Medium" w:hAnsi="BIZ UD明朝 Medium"/>
                <w:sz w:val="20"/>
                <w:szCs w:val="20"/>
              </w:rPr>
              <w:t>5</w:t>
            </w:r>
          </w:p>
        </w:tc>
        <w:tc>
          <w:tcPr>
            <w:tcW w:w="37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2E0E5E11" w14:textId="1B7E70DF" w:rsidR="00E21AEE" w:rsidRPr="00E21AEE" w:rsidRDefault="00E21AEE" w:rsidP="67D0247B">
            <w:pPr>
              <w:spacing w:after="0" w:line="360" w:lineRule="auto"/>
              <w:rPr>
                <w:rFonts w:ascii="BIZ UD明朝 Medium" w:eastAsia="BIZ UD明朝 Medium" w:hAnsi="BIZ UD明朝 Medium"/>
              </w:rPr>
            </w:pPr>
          </w:p>
        </w:tc>
        <w:tc>
          <w:tcPr>
            <w:tcW w:w="25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783B7755" w14:textId="77777777" w:rsidR="00E21AEE" w:rsidRPr="00E21AEE" w:rsidRDefault="00E21AEE" w:rsidP="67D0247B">
            <w:pPr>
              <w:spacing w:after="0" w:line="360" w:lineRule="auto"/>
              <w:rPr>
                <w:rFonts w:ascii="BIZ UD明朝 Medium" w:eastAsia="BIZ UD明朝 Medium" w:hAnsi="BIZ UD明朝 Medium"/>
              </w:rPr>
            </w:pPr>
          </w:p>
        </w:tc>
        <w:tc>
          <w:tcPr>
            <w:tcW w:w="3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1C5DEAD2" w14:textId="54161F4C" w:rsidR="00E21AEE" w:rsidRPr="00E21AEE" w:rsidRDefault="00E21AEE" w:rsidP="67D0247B">
            <w:pPr>
              <w:spacing w:after="0" w:line="360" w:lineRule="auto"/>
              <w:rPr>
                <w:rFonts w:ascii="BIZ UD明朝 Medium" w:eastAsia="BIZ UD明朝 Medium" w:hAnsi="BIZ UD明朝 Medium"/>
                <w:lang w:eastAsia="ja-JP"/>
              </w:rPr>
            </w:pPr>
          </w:p>
        </w:tc>
      </w:tr>
    </w:tbl>
    <w:p w14:paraId="7269D6BD" w14:textId="77777777" w:rsidR="008510CF" w:rsidRDefault="008510CF" w:rsidP="008510CF">
      <w:pPr>
        <w:spacing w:line="360" w:lineRule="auto"/>
        <w:jc w:val="right"/>
        <w:rPr>
          <w:rFonts w:ascii="BIZ UD明朝 Medium" w:eastAsia="BIZ UD明朝 Medium" w:hAnsi="BIZ UD明朝 Medium"/>
          <w:lang w:eastAsia="ja-JP"/>
        </w:rPr>
      </w:pPr>
      <w:r>
        <w:rPr>
          <w:rFonts w:ascii="BIZ UD明朝 Medium" w:eastAsia="BIZ UD明朝 Medium" w:hAnsi="BIZ UD明朝 Medium" w:hint="eastAsia"/>
          <w:lang w:eastAsia="ja-JP"/>
        </w:rPr>
        <w:t>（※行が不足する場合は適宜追加すること）</w:t>
      </w:r>
    </w:p>
    <w:p w14:paraId="3DC55F75" w14:textId="78A201AD" w:rsidR="00E21AEE" w:rsidRPr="008510CF" w:rsidRDefault="00E21AEE" w:rsidP="67D0247B">
      <w:pPr>
        <w:spacing w:line="360" w:lineRule="auto"/>
        <w:rPr>
          <w:rFonts w:ascii="BIZ UD明朝 Medium" w:eastAsia="BIZ UD明朝 Medium" w:hAnsi="BIZ UD明朝 Medium"/>
          <w:lang w:eastAsia="ja-JP"/>
        </w:rPr>
      </w:pPr>
    </w:p>
    <w:p w14:paraId="4D3D78CE" w14:textId="0D11841F" w:rsidR="000C6389" w:rsidRPr="000C6389" w:rsidRDefault="000C6389" w:rsidP="67D0247B">
      <w:pPr>
        <w:spacing w:line="360" w:lineRule="auto"/>
        <w:rPr>
          <w:rFonts w:ascii="BIZ UD明朝 Medium" w:eastAsia="BIZ UD明朝 Medium" w:hAnsi="BIZ UD明朝 Medium"/>
          <w:b/>
          <w:bCs/>
          <w:sz w:val="24"/>
          <w:szCs w:val="28"/>
          <w:lang w:eastAsia="ja-JP"/>
        </w:rPr>
      </w:pPr>
      <w:r w:rsidRPr="000C6389">
        <w:rPr>
          <w:rFonts w:ascii="BIZ UD明朝 Medium" w:eastAsia="BIZ UD明朝 Medium" w:hAnsi="BIZ UD明朝 Medium" w:hint="eastAsia"/>
          <w:b/>
          <w:bCs/>
          <w:sz w:val="24"/>
          <w:szCs w:val="28"/>
          <w:lang w:eastAsia="ja-JP"/>
        </w:rPr>
        <w:t>３.同意事項</w:t>
      </w:r>
    </w:p>
    <w:p w14:paraId="714641EC" w14:textId="1D5D4D5A" w:rsidR="000A73D6" w:rsidRDefault="008E768D" w:rsidP="67D0247B">
      <w:pPr>
        <w:spacing w:line="360" w:lineRule="auto"/>
        <w:rPr>
          <w:rFonts w:ascii="BIZ UD明朝 Medium" w:eastAsia="BIZ UD明朝 Medium" w:hAnsi="BIZ UD明朝 Medium"/>
          <w:lang w:eastAsia="ja-JP"/>
        </w:rPr>
      </w:pPr>
      <w:sdt>
        <w:sdtPr>
          <w:rPr>
            <w:rFonts w:ascii="BIZ UD明朝 Medium" w:eastAsia="BIZ UD明朝 Medium" w:hAnsi="BIZ UD明朝 Medium" w:hint="eastAsia"/>
            <w:lang w:eastAsia="ja-JP"/>
          </w:rPr>
          <w:id w:val="-1816875484"/>
          <w14:checkbox>
            <w14:checked w14:val="0"/>
            <w14:checkedState w14:val="00FC" w14:font="Wingdings"/>
            <w14:uncheckedState w14:val="2610" w14:font="ＭＳ ゴシック"/>
          </w14:checkbox>
        </w:sdtPr>
        <w:sdtEndPr/>
        <w:sdtContent>
          <w:r w:rsidR="00C224DE">
            <w:rPr>
              <w:rFonts w:ascii="ＭＳ ゴシック" w:eastAsia="ＭＳ ゴシック" w:hAnsi="ＭＳ ゴシック" w:hint="eastAsia"/>
              <w:lang w:eastAsia="ja-JP"/>
            </w:rPr>
            <w:t>☐</w:t>
          </w:r>
        </w:sdtContent>
      </w:sdt>
      <w:r w:rsidR="00A06C0A" w:rsidRPr="00A06C0A">
        <w:rPr>
          <w:rFonts w:ascii="BIZ UD明朝 Medium" w:eastAsia="BIZ UD明朝 Medium" w:hAnsi="BIZ UD明朝 Medium"/>
          <w:lang w:eastAsia="ja-JP"/>
        </w:rPr>
        <w:t>情報発信や事例共有等のため、ご相談・ご承諾をいただいたうえで資料や作品等を活用させていただく場合があります。</w:t>
      </w:r>
    </w:p>
    <w:p w14:paraId="756EF537" w14:textId="5C58D074" w:rsidR="000A73D6" w:rsidRPr="005934D0" w:rsidRDefault="000A73D6" w:rsidP="67D0247B">
      <w:pPr>
        <w:spacing w:line="360" w:lineRule="auto"/>
        <w:rPr>
          <w:rFonts w:ascii="BIZ UD明朝 Medium" w:eastAsia="BIZ UD明朝 Medium" w:hAnsi="BIZ UD明朝 Medium"/>
          <w:lang w:eastAsia="ja-JP"/>
        </w:rPr>
      </w:pPr>
    </w:p>
    <w:p w14:paraId="57EBDBE7" w14:textId="77777777" w:rsidR="00E21AEE" w:rsidRPr="00E21AEE" w:rsidRDefault="471D9B72" w:rsidP="67D0247B">
      <w:pPr>
        <w:spacing w:line="360" w:lineRule="auto"/>
        <w:jc w:val="right"/>
        <w:rPr>
          <w:rFonts w:ascii="BIZ UD明朝 Medium" w:eastAsia="BIZ UD明朝 Medium" w:hAnsi="BIZ UD明朝 Medium"/>
          <w:b/>
          <w:bCs/>
          <w:sz w:val="22"/>
          <w:lang w:eastAsia="ja-JP"/>
        </w:rPr>
      </w:pPr>
      <w:r w:rsidRPr="67D0247B">
        <w:rPr>
          <w:rFonts w:ascii="BIZ UD明朝 Medium" w:eastAsia="BIZ UD明朝 Medium" w:hAnsi="BIZ UD明朝 Medium"/>
          <w:b/>
          <w:bCs/>
          <w:sz w:val="20"/>
          <w:szCs w:val="20"/>
          <w:lang w:eastAsia="ja-JP"/>
        </w:rPr>
        <w:t>【事務局・運営委員会記入欄】</w:t>
      </w:r>
    </w:p>
    <w:tbl>
      <w:tblPr>
        <w:tblW w:w="0" w:type="auto"/>
        <w:jc w:val="right"/>
        <w:tblLook w:val="0600" w:firstRow="0" w:lastRow="0" w:firstColumn="0" w:lastColumn="0" w:noHBand="1" w:noVBand="1"/>
      </w:tblPr>
      <w:tblGrid>
        <w:gridCol w:w="2160"/>
        <w:gridCol w:w="2160"/>
        <w:gridCol w:w="2160"/>
      </w:tblGrid>
      <w:tr w:rsidR="00E21AEE" w:rsidRPr="00E21AEE" w14:paraId="2506F30D" w14:textId="77777777" w:rsidTr="67D0247B">
        <w:trPr>
          <w:jc w:val="right"/>
        </w:trPr>
        <w:tc>
          <w:tcPr>
            <w:tcW w:w="21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0E6002F0" w14:textId="77777777" w:rsidR="00E21AEE" w:rsidRPr="00E21AEE" w:rsidRDefault="471D9B72" w:rsidP="67D0247B">
            <w:pPr>
              <w:spacing w:after="0" w:line="360" w:lineRule="auto"/>
              <w:jc w:val="center"/>
              <w:rPr>
                <w:rFonts w:ascii="BIZ UD明朝 Medium" w:eastAsia="BIZ UD明朝 Medium" w:hAnsi="BIZ UD明朝 Medium"/>
                <w:sz w:val="22"/>
              </w:rPr>
            </w:pPr>
            <w:proofErr w:type="spellStart"/>
            <w:r w:rsidRPr="67D0247B">
              <w:rPr>
                <w:rFonts w:ascii="BIZ UD明朝 Medium" w:eastAsia="BIZ UD明朝 Medium" w:hAnsi="BIZ UD明朝 Medium"/>
                <w:b/>
                <w:bCs/>
                <w:sz w:val="20"/>
                <w:szCs w:val="20"/>
              </w:rPr>
              <w:t>受付日</w:t>
            </w:r>
            <w:proofErr w:type="spellEnd"/>
          </w:p>
        </w:tc>
        <w:tc>
          <w:tcPr>
            <w:tcW w:w="21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145D78BF" w14:textId="2DA1A810" w:rsidR="00E21AEE" w:rsidRPr="00E21AEE" w:rsidRDefault="267A1CC7" w:rsidP="67D0247B">
            <w:pPr>
              <w:spacing w:after="0" w:line="360" w:lineRule="auto"/>
              <w:jc w:val="center"/>
            </w:pPr>
            <w:proofErr w:type="spellStart"/>
            <w:r w:rsidRPr="67D0247B">
              <w:rPr>
                <w:rFonts w:ascii="BIZ UD明朝 Medium" w:eastAsia="BIZ UD明朝 Medium" w:hAnsi="BIZ UD明朝 Medium"/>
                <w:b/>
                <w:bCs/>
                <w:sz w:val="20"/>
                <w:szCs w:val="20"/>
              </w:rPr>
              <w:t>議決</w:t>
            </w:r>
            <w:proofErr w:type="spellEnd"/>
          </w:p>
        </w:tc>
        <w:tc>
          <w:tcPr>
            <w:tcW w:w="21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60EDFCC5" w14:textId="77777777" w:rsidR="00E21AEE" w:rsidRPr="00E21AEE" w:rsidRDefault="471D9B72" w:rsidP="67D0247B">
            <w:pPr>
              <w:spacing w:after="0" w:line="360" w:lineRule="auto"/>
              <w:jc w:val="center"/>
              <w:rPr>
                <w:rFonts w:ascii="BIZ UD明朝 Medium" w:eastAsia="BIZ UD明朝 Medium" w:hAnsi="BIZ UD明朝 Medium"/>
                <w:sz w:val="22"/>
              </w:rPr>
            </w:pPr>
            <w:proofErr w:type="spellStart"/>
            <w:r w:rsidRPr="67D0247B">
              <w:rPr>
                <w:rFonts w:ascii="BIZ UD明朝 Medium" w:eastAsia="BIZ UD明朝 Medium" w:hAnsi="BIZ UD明朝 Medium"/>
                <w:b/>
                <w:bCs/>
                <w:sz w:val="20"/>
                <w:szCs w:val="20"/>
              </w:rPr>
              <w:t>会長承認印</w:t>
            </w:r>
            <w:proofErr w:type="spellEnd"/>
          </w:p>
        </w:tc>
      </w:tr>
      <w:tr w:rsidR="00E21AEE" w:rsidRPr="00E21AEE" w14:paraId="28C7263E" w14:textId="77777777" w:rsidTr="67D0247B">
        <w:trPr>
          <w:jc w:val="right"/>
        </w:trPr>
        <w:tc>
          <w:tcPr>
            <w:tcW w:w="21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16A6F944" w14:textId="77777777" w:rsidR="00E21AEE" w:rsidRPr="00E21AEE" w:rsidRDefault="471D9B72" w:rsidP="67D0247B">
            <w:pPr>
              <w:spacing w:after="0" w:line="360" w:lineRule="auto"/>
              <w:jc w:val="center"/>
              <w:rPr>
                <w:rFonts w:ascii="BIZ UD明朝 Medium" w:eastAsia="BIZ UD明朝 Medium" w:hAnsi="BIZ UD明朝 Medium"/>
              </w:rPr>
            </w:pPr>
            <w:r w:rsidRPr="67D0247B">
              <w:rPr>
                <w:rFonts w:ascii="BIZ UD明朝 Medium" w:eastAsia="BIZ UD明朝 Medium" w:hAnsi="BIZ UD明朝 Medium"/>
                <w:sz w:val="19"/>
                <w:szCs w:val="19"/>
              </w:rPr>
              <w:t>年    月    日</w:t>
            </w:r>
          </w:p>
        </w:tc>
        <w:tc>
          <w:tcPr>
            <w:tcW w:w="21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1EB55A61" w14:textId="77777777" w:rsidR="00E21AEE" w:rsidRPr="00E21AEE" w:rsidRDefault="471D9B72" w:rsidP="67D0247B">
            <w:pPr>
              <w:spacing w:after="0" w:line="360" w:lineRule="auto"/>
              <w:jc w:val="center"/>
              <w:rPr>
                <w:rFonts w:ascii="BIZ UD明朝 Medium" w:eastAsia="BIZ UD明朝 Medium" w:hAnsi="BIZ UD明朝 Medium"/>
              </w:rPr>
            </w:pPr>
            <w:proofErr w:type="spellStart"/>
            <w:r w:rsidRPr="67D0247B">
              <w:rPr>
                <w:rFonts w:ascii="BIZ UD明朝 Medium" w:eastAsia="BIZ UD明朝 Medium" w:hAnsi="BIZ UD明朝 Medium"/>
                <w:sz w:val="19"/>
                <w:szCs w:val="19"/>
              </w:rPr>
              <w:t>承認</w:t>
            </w:r>
            <w:proofErr w:type="spellEnd"/>
            <w:r w:rsidRPr="67D0247B">
              <w:rPr>
                <w:rFonts w:ascii="BIZ UD明朝 Medium" w:eastAsia="BIZ UD明朝 Medium" w:hAnsi="BIZ UD明朝 Medium"/>
                <w:sz w:val="19"/>
                <w:szCs w:val="19"/>
              </w:rPr>
              <w:t xml:space="preserve">  ・  </w:t>
            </w:r>
            <w:proofErr w:type="spellStart"/>
            <w:r w:rsidRPr="67D0247B">
              <w:rPr>
                <w:rFonts w:ascii="BIZ UD明朝 Medium" w:eastAsia="BIZ UD明朝 Medium" w:hAnsi="BIZ UD明朝 Medium"/>
                <w:sz w:val="19"/>
                <w:szCs w:val="19"/>
              </w:rPr>
              <w:t>否認</w:t>
            </w:r>
            <w:proofErr w:type="spellEnd"/>
          </w:p>
        </w:tc>
        <w:tc>
          <w:tcPr>
            <w:tcW w:w="21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2E590951" w14:textId="77777777" w:rsidR="00E21AEE" w:rsidRPr="00E21AEE" w:rsidRDefault="00E21AEE" w:rsidP="67D0247B">
            <w:pPr>
              <w:spacing w:after="0" w:line="360" w:lineRule="auto"/>
              <w:jc w:val="center"/>
              <w:rPr>
                <w:rFonts w:ascii="BIZ UD明朝 Medium" w:eastAsia="BIZ UD明朝 Medium" w:hAnsi="BIZ UD明朝 Medium"/>
              </w:rPr>
            </w:pPr>
          </w:p>
        </w:tc>
      </w:tr>
    </w:tbl>
    <w:p w14:paraId="1559CA17" w14:textId="6D25DEF2" w:rsidR="00E21AEE" w:rsidRDefault="00E21AEE" w:rsidP="67D0247B">
      <w:pPr>
        <w:spacing w:line="360" w:lineRule="auto"/>
        <w:rPr>
          <w:lang w:eastAsia="ja-JP"/>
        </w:rPr>
      </w:pPr>
    </w:p>
    <w:p w14:paraId="60E6CCAB" w14:textId="77777777" w:rsidR="00E21AEE" w:rsidRDefault="00E21AEE" w:rsidP="67D0247B">
      <w:pPr>
        <w:spacing w:line="360" w:lineRule="auto"/>
        <w:rPr>
          <w:lang w:eastAsia="ja-JP"/>
        </w:rPr>
      </w:pPr>
      <w:r w:rsidRPr="67D0247B">
        <w:rPr>
          <w:lang w:eastAsia="ja-JP"/>
        </w:rPr>
        <w:br w:type="page"/>
      </w:r>
    </w:p>
    <w:p w14:paraId="3AC4AEAE" w14:textId="26945411" w:rsidR="2167D30D" w:rsidRDefault="2167D30D" w:rsidP="67D0247B">
      <w:pPr>
        <w:spacing w:line="360" w:lineRule="auto"/>
        <w:jc w:val="right"/>
        <w:rPr>
          <w:rFonts w:ascii="BIZ UD明朝 Medium" w:eastAsia="BIZ UD明朝 Medium" w:hAnsi="BIZ UD明朝 Medium"/>
        </w:rPr>
      </w:pPr>
      <w:r w:rsidRPr="67D0247B">
        <w:rPr>
          <w:rFonts w:ascii="BIZ UD明朝 Medium" w:eastAsia="BIZ UD明朝 Medium" w:hAnsi="BIZ UD明朝 Medium"/>
          <w:sz w:val="20"/>
          <w:szCs w:val="20"/>
        </w:rPr>
        <w:lastRenderedPageBreak/>
        <w:t>（様式第１号）</w:t>
      </w:r>
      <w:r>
        <w:br/>
      </w:r>
      <w:r w:rsidRPr="67D0247B">
        <w:rPr>
          <w:rFonts w:ascii="BIZ UD明朝 Medium" w:eastAsia="BIZ UD明朝 Medium" w:hAnsi="BIZ UD明朝 Medium"/>
          <w:sz w:val="20"/>
          <w:szCs w:val="20"/>
        </w:rPr>
        <w:t xml:space="preserve">      年      月      日</w:t>
      </w:r>
    </w:p>
    <w:p w14:paraId="069E4173" w14:textId="17C78DB9" w:rsidR="2167D30D" w:rsidRPr="00BF2478" w:rsidRDefault="2167D30D" w:rsidP="67D0247B">
      <w:pPr>
        <w:spacing w:line="360" w:lineRule="auto"/>
        <w:jc w:val="center"/>
        <w:rPr>
          <w:rFonts w:ascii="BIZ UD明朝 Medium" w:eastAsia="BIZ UD明朝 Medium" w:hAnsi="BIZ UD明朝 Medium"/>
          <w:color w:val="FF0000"/>
          <w:sz w:val="16"/>
          <w:szCs w:val="16"/>
          <w:lang w:eastAsia="ja-JP"/>
        </w:rPr>
      </w:pPr>
      <w:r w:rsidRPr="67D0247B">
        <w:rPr>
          <w:rFonts w:ascii="BIZ UD明朝 Medium" w:eastAsia="BIZ UD明朝 Medium" w:hAnsi="BIZ UD明朝 Medium"/>
          <w:b/>
          <w:bCs/>
          <w:sz w:val="28"/>
          <w:szCs w:val="28"/>
          <w:lang w:eastAsia="ja-JP"/>
        </w:rPr>
        <w:t>部会</w:t>
      </w:r>
      <w:r w:rsidR="5BC71C0F" w:rsidRPr="67D0247B">
        <w:rPr>
          <w:rFonts w:ascii="BIZ UD明朝 Medium" w:eastAsia="BIZ UD明朝 Medium" w:hAnsi="BIZ UD明朝 Medium"/>
          <w:b/>
          <w:bCs/>
          <w:sz w:val="28"/>
          <w:szCs w:val="28"/>
          <w:lang w:eastAsia="ja-JP"/>
        </w:rPr>
        <w:t>設置</w:t>
      </w:r>
      <w:r w:rsidRPr="67D0247B">
        <w:rPr>
          <w:rFonts w:ascii="BIZ UD明朝 Medium" w:eastAsia="BIZ UD明朝 Medium" w:hAnsi="BIZ UD明朝 Medium"/>
          <w:b/>
          <w:bCs/>
          <w:sz w:val="28"/>
          <w:szCs w:val="28"/>
          <w:lang w:eastAsia="ja-JP"/>
        </w:rPr>
        <w:t>申請書</w:t>
      </w:r>
      <w:r w:rsidR="00BF2478" w:rsidRPr="00BF2478">
        <w:rPr>
          <w:rFonts w:ascii="BIZ UD明朝 Medium" w:eastAsia="BIZ UD明朝 Medium" w:hAnsi="BIZ UD明朝 Medium" w:hint="eastAsia"/>
          <w:b/>
          <w:bCs/>
          <w:color w:val="FF0000"/>
          <w:sz w:val="28"/>
          <w:szCs w:val="28"/>
          <w:lang w:eastAsia="ja-JP"/>
        </w:rPr>
        <w:t>(記載例)</w:t>
      </w:r>
    </w:p>
    <w:p w14:paraId="753421E5" w14:textId="77777777" w:rsidR="2167D30D" w:rsidRDefault="2167D30D" w:rsidP="67D0247B">
      <w:pPr>
        <w:spacing w:line="360" w:lineRule="auto"/>
        <w:rPr>
          <w:rFonts w:ascii="BIZ UD明朝 Medium" w:eastAsia="BIZ UD明朝 Medium" w:hAnsi="BIZ UD明朝 Medium"/>
          <w:lang w:eastAsia="ja-JP"/>
        </w:rPr>
      </w:pPr>
      <w:r w:rsidRPr="67D0247B">
        <w:rPr>
          <w:rFonts w:ascii="BIZ UD明朝 Medium" w:eastAsia="BIZ UD明朝 Medium" w:hAnsi="BIZ UD明朝 Medium"/>
          <w:lang w:eastAsia="ja-JP"/>
        </w:rPr>
        <w:t>（あて先）</w:t>
      </w:r>
      <w:r>
        <w:rPr>
          <w:lang w:eastAsia="ja-JP"/>
        </w:rPr>
        <w:br/>
      </w:r>
      <w:r w:rsidRPr="67D0247B">
        <w:rPr>
          <w:rFonts w:ascii="BIZ UD明朝 Medium" w:eastAsia="BIZ UD明朝 Medium" w:hAnsi="BIZ UD明朝 Medium"/>
          <w:sz w:val="22"/>
          <w:lang w:eastAsia="ja-JP"/>
        </w:rPr>
        <w:t>仙台市地域生物多様性増進活動支援センター</w:t>
      </w:r>
      <w:r>
        <w:rPr>
          <w:lang w:eastAsia="ja-JP"/>
        </w:rPr>
        <w:br/>
      </w:r>
      <w:r w:rsidRPr="67D0247B">
        <w:rPr>
          <w:rFonts w:ascii="BIZ UD明朝 Medium" w:eastAsia="BIZ UD明朝 Medium" w:hAnsi="BIZ UD明朝 Medium"/>
          <w:sz w:val="22"/>
          <w:lang w:eastAsia="ja-JP"/>
        </w:rPr>
        <w:t>会 長  宛</w:t>
      </w:r>
    </w:p>
    <w:tbl>
      <w:tblPr>
        <w:tblW w:w="0" w:type="auto"/>
        <w:jc w:val="right"/>
        <w:tblLook w:val="0600" w:firstRow="0" w:lastRow="0" w:firstColumn="0" w:lastColumn="0" w:noHBand="1" w:noVBand="1"/>
      </w:tblPr>
      <w:tblGrid>
        <w:gridCol w:w="2592"/>
        <w:gridCol w:w="3600"/>
      </w:tblGrid>
      <w:tr w:rsidR="67D0247B" w14:paraId="701CCBC9" w14:textId="77777777" w:rsidTr="00BF2478">
        <w:trPr>
          <w:trHeight w:val="300"/>
          <w:jc w:val="right"/>
        </w:trPr>
        <w:tc>
          <w:tcPr>
            <w:tcW w:w="2592" w:type="dxa"/>
            <w:tcBorders>
              <w:top w:val="none" w:sz="4" w:space="0" w:color="D9D9D9" w:themeColor="background1" w:themeShade="D9"/>
              <w:left w:val="none" w:sz="4" w:space="0" w:color="D9D9D9" w:themeColor="background1" w:themeShade="D9"/>
              <w:bottom w:val="none" w:sz="4" w:space="0" w:color="D9D9D9" w:themeColor="background1" w:themeShade="D9"/>
              <w:right w:val="none" w:sz="4" w:space="0" w:color="D9D9D9" w:themeColor="background1" w:themeShade="D9"/>
            </w:tcBorders>
          </w:tcPr>
          <w:p w14:paraId="5F95424A" w14:textId="77777777" w:rsidR="67D0247B" w:rsidRPr="00BF2478" w:rsidRDefault="67D0247B" w:rsidP="00BF2478">
            <w:pPr>
              <w:jc w:val="both"/>
              <w:rPr>
                <w:rFonts w:ascii="BIZ UDP明朝 Medium" w:eastAsia="BIZ UDP明朝 Medium" w:hAnsi="BIZ UDP明朝 Medium"/>
              </w:rPr>
            </w:pPr>
            <w:proofErr w:type="spellStart"/>
            <w:r w:rsidRPr="00BF2478">
              <w:rPr>
                <w:rFonts w:ascii="BIZ UDP明朝 Medium" w:eastAsia="BIZ UDP明朝 Medium" w:hAnsi="BIZ UDP明朝 Medium"/>
              </w:rPr>
              <w:t>所属</w:t>
            </w:r>
            <w:proofErr w:type="spellEnd"/>
            <w:r w:rsidRPr="00BF2478">
              <w:rPr>
                <w:rFonts w:ascii="BIZ UDP明朝 Medium" w:eastAsia="BIZ UDP明朝 Medium" w:hAnsi="BIZ UDP明朝 Medium"/>
                <w:lang w:eastAsia="ja-JP"/>
              </w:rPr>
              <w:t>団体</w:t>
            </w:r>
            <w:r w:rsidRPr="00BF2478">
              <w:rPr>
                <w:rFonts w:ascii="BIZ UDP明朝 Medium" w:eastAsia="BIZ UDP明朝 Medium" w:hAnsi="BIZ UDP明朝 Medium"/>
              </w:rPr>
              <w:t>・</w:t>
            </w:r>
            <w:proofErr w:type="spellStart"/>
            <w:r w:rsidRPr="00BF2478">
              <w:rPr>
                <w:rFonts w:ascii="BIZ UDP明朝 Medium" w:eastAsia="BIZ UDP明朝 Medium" w:hAnsi="BIZ UDP明朝 Medium"/>
              </w:rPr>
              <w:t>役職</w:t>
            </w:r>
            <w:proofErr w:type="spellEnd"/>
            <w:r w:rsidRPr="00BF2478">
              <w:rPr>
                <w:rFonts w:ascii="BIZ UDP明朝 Medium" w:eastAsia="BIZ UDP明朝 Medium" w:hAnsi="BIZ UDP明朝 Medium"/>
              </w:rPr>
              <w:t>：</w:t>
            </w:r>
          </w:p>
        </w:tc>
        <w:tc>
          <w:tcPr>
            <w:tcW w:w="3600" w:type="dxa"/>
            <w:tcBorders>
              <w:top w:val="none" w:sz="4" w:space="0" w:color="D9D9D9" w:themeColor="background1" w:themeShade="D9"/>
              <w:left w:val="none" w:sz="4" w:space="0" w:color="D9D9D9" w:themeColor="background1" w:themeShade="D9"/>
              <w:bottom w:val="single" w:sz="4" w:space="0" w:color="595959" w:themeColor="text1" w:themeTint="A6"/>
              <w:right w:val="none" w:sz="4" w:space="0" w:color="D9D9D9" w:themeColor="background1" w:themeShade="D9"/>
            </w:tcBorders>
          </w:tcPr>
          <w:p w14:paraId="4E232D79" w14:textId="06D2DFD8" w:rsidR="0FC945BF" w:rsidRPr="00BF2478" w:rsidRDefault="0FC945BF" w:rsidP="00BF2478">
            <w:pPr>
              <w:jc w:val="both"/>
              <w:rPr>
                <w:rFonts w:ascii="BIZ UDP明朝 Medium" w:eastAsia="BIZ UDP明朝 Medium" w:hAnsi="BIZ UDP明朝 Medium"/>
              </w:rPr>
            </w:pPr>
            <w:proofErr w:type="spellStart"/>
            <w:r w:rsidRPr="00BF2478">
              <w:rPr>
                <w:rFonts w:ascii="BIZ UDP明朝 Medium" w:eastAsia="BIZ UDP明朝 Medium" w:hAnsi="BIZ UDP明朝 Medium"/>
                <w:color w:val="FF0000"/>
              </w:rPr>
              <w:t>株式会社</w:t>
            </w:r>
            <w:proofErr w:type="spellEnd"/>
            <w:r w:rsidRPr="00BF2478">
              <w:rPr>
                <w:rFonts w:ascii="BIZ UDP明朝 Medium" w:eastAsia="BIZ UDP明朝 Medium" w:hAnsi="BIZ UDP明朝 Medium"/>
                <w:color w:val="FF0000"/>
              </w:rPr>
              <w:t>○○</w:t>
            </w:r>
          </w:p>
        </w:tc>
      </w:tr>
      <w:tr w:rsidR="67D0247B" w14:paraId="75BC5353" w14:textId="77777777" w:rsidTr="00BF2478">
        <w:trPr>
          <w:trHeight w:val="300"/>
          <w:jc w:val="right"/>
        </w:trPr>
        <w:tc>
          <w:tcPr>
            <w:tcW w:w="2592" w:type="dxa"/>
            <w:tcBorders>
              <w:top w:val="none" w:sz="4" w:space="0" w:color="D9D9D9" w:themeColor="background1" w:themeShade="D9"/>
              <w:left w:val="none" w:sz="4" w:space="0" w:color="D9D9D9" w:themeColor="background1" w:themeShade="D9"/>
              <w:bottom w:val="none" w:sz="4" w:space="0" w:color="D9D9D9" w:themeColor="background1" w:themeShade="D9"/>
              <w:right w:val="none" w:sz="4" w:space="0" w:color="D9D9D9" w:themeColor="background1" w:themeShade="D9"/>
            </w:tcBorders>
          </w:tcPr>
          <w:p w14:paraId="2C2AB1CD" w14:textId="77777777" w:rsidR="67D0247B" w:rsidRPr="00BF2478" w:rsidRDefault="67D0247B" w:rsidP="00BF2478">
            <w:pPr>
              <w:jc w:val="both"/>
              <w:rPr>
                <w:rFonts w:ascii="BIZ UDP明朝 Medium" w:eastAsia="BIZ UDP明朝 Medium" w:hAnsi="BIZ UDP明朝 Medium"/>
              </w:rPr>
            </w:pPr>
            <w:proofErr w:type="spellStart"/>
            <w:r w:rsidRPr="00BF2478">
              <w:rPr>
                <w:rFonts w:ascii="BIZ UDP明朝 Medium" w:eastAsia="BIZ UDP明朝 Medium" w:hAnsi="BIZ UDP明朝 Medium"/>
              </w:rPr>
              <w:t>氏名（代表</w:t>
            </w:r>
            <w:proofErr w:type="spellEnd"/>
            <w:r w:rsidRPr="00BF2478">
              <w:rPr>
                <w:rFonts w:ascii="BIZ UDP明朝 Medium" w:eastAsia="BIZ UDP明朝 Medium" w:hAnsi="BIZ UDP明朝 Medium"/>
              </w:rPr>
              <w:t>）：</w:t>
            </w:r>
          </w:p>
        </w:tc>
        <w:tc>
          <w:tcPr>
            <w:tcW w:w="3600" w:type="dxa"/>
            <w:tcBorders>
              <w:top w:val="none" w:sz="4" w:space="0" w:color="D9D9D9" w:themeColor="background1" w:themeShade="D9"/>
              <w:left w:val="none" w:sz="4" w:space="0" w:color="D9D9D9" w:themeColor="background1" w:themeShade="D9"/>
              <w:bottom w:val="single" w:sz="4" w:space="0" w:color="595959" w:themeColor="text1" w:themeTint="A6"/>
              <w:right w:val="none" w:sz="4" w:space="0" w:color="D9D9D9" w:themeColor="background1" w:themeShade="D9"/>
            </w:tcBorders>
          </w:tcPr>
          <w:p w14:paraId="7ADB0ACF" w14:textId="70A65308" w:rsidR="13BB58F1" w:rsidRPr="00BF2478" w:rsidRDefault="13BB58F1" w:rsidP="00BF2478">
            <w:pPr>
              <w:jc w:val="both"/>
              <w:rPr>
                <w:rFonts w:ascii="BIZ UDP明朝 Medium" w:eastAsia="BIZ UDP明朝 Medium" w:hAnsi="BIZ UDP明朝 Medium"/>
              </w:rPr>
            </w:pPr>
            <w:r w:rsidRPr="00BF2478">
              <w:rPr>
                <w:rFonts w:ascii="BIZ UDP明朝 Medium" w:eastAsia="BIZ UDP明朝 Medium" w:hAnsi="BIZ UDP明朝 Medium"/>
                <w:color w:val="FF0000"/>
              </w:rPr>
              <w:t>○</w:t>
            </w:r>
            <w:r w:rsidR="4185241B" w:rsidRPr="00BF2478">
              <w:rPr>
                <w:rFonts w:ascii="BIZ UDP明朝 Medium" w:eastAsia="BIZ UDP明朝 Medium" w:hAnsi="BIZ UDP明朝 Medium"/>
                <w:color w:val="FF0000"/>
              </w:rPr>
              <w:t>〇</w:t>
            </w:r>
            <w:r w:rsidRPr="00BF2478">
              <w:rPr>
                <w:rFonts w:ascii="BIZ UDP明朝 Medium" w:eastAsia="BIZ UDP明朝 Medium" w:hAnsi="BIZ UDP明朝 Medium"/>
                <w:color w:val="FF0000"/>
              </w:rPr>
              <w:t>○　○○</w:t>
            </w:r>
          </w:p>
        </w:tc>
      </w:tr>
      <w:tr w:rsidR="67D0247B" w14:paraId="510487DF" w14:textId="77777777" w:rsidTr="00BF2478">
        <w:trPr>
          <w:trHeight w:val="300"/>
          <w:jc w:val="right"/>
        </w:trPr>
        <w:tc>
          <w:tcPr>
            <w:tcW w:w="2592" w:type="dxa"/>
            <w:tcBorders>
              <w:top w:val="none" w:sz="4" w:space="0" w:color="D9D9D9" w:themeColor="background1" w:themeShade="D9"/>
              <w:left w:val="none" w:sz="4" w:space="0" w:color="D9D9D9" w:themeColor="background1" w:themeShade="D9"/>
              <w:bottom w:val="none" w:sz="4" w:space="0" w:color="D9D9D9" w:themeColor="background1" w:themeShade="D9"/>
              <w:right w:val="none" w:sz="4" w:space="0" w:color="D9D9D9" w:themeColor="background1" w:themeShade="D9"/>
            </w:tcBorders>
          </w:tcPr>
          <w:p w14:paraId="2603CADE" w14:textId="77777777" w:rsidR="67D0247B" w:rsidRPr="00BF2478" w:rsidRDefault="67D0247B" w:rsidP="00BF2478">
            <w:pPr>
              <w:jc w:val="both"/>
              <w:rPr>
                <w:rFonts w:ascii="BIZ UDP明朝 Medium" w:eastAsia="BIZ UDP明朝 Medium" w:hAnsi="BIZ UDP明朝 Medium"/>
              </w:rPr>
            </w:pPr>
            <w:proofErr w:type="spellStart"/>
            <w:r w:rsidRPr="00BF2478">
              <w:rPr>
                <w:rFonts w:ascii="BIZ UDP明朝 Medium" w:eastAsia="BIZ UDP明朝 Medium" w:hAnsi="BIZ UDP明朝 Medium"/>
              </w:rPr>
              <w:t>電話番号</w:t>
            </w:r>
            <w:proofErr w:type="spellEnd"/>
            <w:r w:rsidRPr="00BF2478">
              <w:rPr>
                <w:rFonts w:ascii="BIZ UDP明朝 Medium" w:eastAsia="BIZ UDP明朝 Medium" w:hAnsi="BIZ UDP明朝 Medium"/>
              </w:rPr>
              <w:t>：</w:t>
            </w:r>
          </w:p>
        </w:tc>
        <w:tc>
          <w:tcPr>
            <w:tcW w:w="3600" w:type="dxa"/>
            <w:tcBorders>
              <w:top w:val="none" w:sz="4" w:space="0" w:color="D9D9D9" w:themeColor="background1" w:themeShade="D9"/>
              <w:left w:val="none" w:sz="4" w:space="0" w:color="D9D9D9" w:themeColor="background1" w:themeShade="D9"/>
              <w:bottom w:val="single" w:sz="4" w:space="0" w:color="595959" w:themeColor="text1" w:themeTint="A6"/>
              <w:right w:val="none" w:sz="4" w:space="0" w:color="D9D9D9" w:themeColor="background1" w:themeShade="D9"/>
            </w:tcBorders>
          </w:tcPr>
          <w:p w14:paraId="11BF1E6C" w14:textId="4D3A20A6" w:rsidR="51F78182" w:rsidRPr="00BF2478" w:rsidRDefault="51F78182" w:rsidP="00BF2478">
            <w:pPr>
              <w:jc w:val="both"/>
              <w:rPr>
                <w:rFonts w:ascii="BIZ UDP明朝 Medium" w:eastAsia="BIZ UDP明朝 Medium" w:hAnsi="BIZ UDP明朝 Medium"/>
                <w:color w:val="FF0000"/>
              </w:rPr>
            </w:pPr>
            <w:r w:rsidRPr="00BF2478">
              <w:rPr>
                <w:rFonts w:ascii="BIZ UDP明朝 Medium" w:eastAsia="BIZ UDP明朝 Medium" w:hAnsi="BIZ UDP明朝 Medium"/>
                <w:color w:val="FF0000"/>
              </w:rPr>
              <w:t>○○〇-○○〇-○○〇</w:t>
            </w:r>
          </w:p>
        </w:tc>
      </w:tr>
      <w:tr w:rsidR="67D0247B" w14:paraId="3FF94AA0" w14:textId="77777777" w:rsidTr="00BF2478">
        <w:trPr>
          <w:trHeight w:val="300"/>
          <w:jc w:val="right"/>
        </w:trPr>
        <w:tc>
          <w:tcPr>
            <w:tcW w:w="2592" w:type="dxa"/>
            <w:tcBorders>
              <w:top w:val="none" w:sz="4" w:space="0" w:color="D9D9D9" w:themeColor="background1" w:themeShade="D9"/>
              <w:left w:val="none" w:sz="4" w:space="0" w:color="D9D9D9" w:themeColor="background1" w:themeShade="D9"/>
              <w:bottom w:val="none" w:sz="4" w:space="0" w:color="D9D9D9" w:themeColor="background1" w:themeShade="D9"/>
              <w:right w:val="none" w:sz="4" w:space="0" w:color="D9D9D9" w:themeColor="background1" w:themeShade="D9"/>
            </w:tcBorders>
          </w:tcPr>
          <w:p w14:paraId="0D2AE8A8" w14:textId="77777777" w:rsidR="67D0247B" w:rsidRPr="00BF2478" w:rsidRDefault="67D0247B" w:rsidP="00BF2478">
            <w:pPr>
              <w:jc w:val="both"/>
              <w:rPr>
                <w:rFonts w:ascii="BIZ UDP明朝 Medium" w:eastAsia="BIZ UDP明朝 Medium" w:hAnsi="BIZ UDP明朝 Medium"/>
              </w:rPr>
            </w:pPr>
            <w:proofErr w:type="spellStart"/>
            <w:r w:rsidRPr="00BF2478">
              <w:rPr>
                <w:rFonts w:ascii="BIZ UDP明朝 Medium" w:eastAsia="BIZ UDP明朝 Medium" w:hAnsi="BIZ UDP明朝 Medium"/>
              </w:rPr>
              <w:t>メールアドレス</w:t>
            </w:r>
            <w:proofErr w:type="spellEnd"/>
            <w:r w:rsidRPr="00BF2478">
              <w:rPr>
                <w:rFonts w:ascii="BIZ UDP明朝 Medium" w:eastAsia="BIZ UDP明朝 Medium" w:hAnsi="BIZ UDP明朝 Medium"/>
              </w:rPr>
              <w:t>：</w:t>
            </w:r>
          </w:p>
        </w:tc>
        <w:tc>
          <w:tcPr>
            <w:tcW w:w="3600" w:type="dxa"/>
            <w:tcBorders>
              <w:top w:val="none" w:sz="4" w:space="0" w:color="D9D9D9" w:themeColor="background1" w:themeShade="D9"/>
              <w:left w:val="none" w:sz="4" w:space="0" w:color="D9D9D9" w:themeColor="background1" w:themeShade="D9"/>
              <w:bottom w:val="single" w:sz="4" w:space="0" w:color="595959" w:themeColor="text1" w:themeTint="A6"/>
              <w:right w:val="none" w:sz="4" w:space="0" w:color="D9D9D9" w:themeColor="background1" w:themeShade="D9"/>
            </w:tcBorders>
          </w:tcPr>
          <w:p w14:paraId="7050B2B4" w14:textId="39FA7C05" w:rsidR="3BF0ABF6" w:rsidRPr="00BF2478" w:rsidRDefault="3BF0ABF6" w:rsidP="00BF2478">
            <w:pPr>
              <w:jc w:val="both"/>
              <w:rPr>
                <w:rFonts w:ascii="BIZ UDP明朝 Medium" w:eastAsia="BIZ UDP明朝 Medium" w:hAnsi="BIZ UDP明朝 Medium"/>
              </w:rPr>
            </w:pPr>
            <w:r w:rsidRPr="00BF2478">
              <w:rPr>
                <w:rFonts w:ascii="BIZ UDP明朝 Medium" w:eastAsia="BIZ UDP明朝 Medium" w:hAnsi="BIZ UDP明朝 Medium"/>
                <w:color w:val="FF0000"/>
              </w:rPr>
              <w:t>○○〇@○○〇.○○〇</w:t>
            </w:r>
          </w:p>
        </w:tc>
      </w:tr>
    </w:tbl>
    <w:p w14:paraId="3A8893B6" w14:textId="53911B13" w:rsidR="2167D30D" w:rsidRDefault="2167D30D" w:rsidP="67D0247B">
      <w:pPr>
        <w:spacing w:line="360" w:lineRule="auto"/>
        <w:rPr>
          <w:rFonts w:ascii="BIZ UD明朝 Medium" w:eastAsia="BIZ UD明朝 Medium" w:hAnsi="BIZ UD明朝 Medium"/>
          <w:lang w:eastAsia="ja-JP"/>
        </w:rPr>
      </w:pPr>
      <w:r>
        <w:rPr>
          <w:lang w:eastAsia="ja-JP"/>
        </w:rPr>
        <w:br/>
      </w:r>
      <w:r w:rsidRPr="67D0247B">
        <w:rPr>
          <w:rFonts w:ascii="BIZ UD明朝 Medium" w:eastAsia="BIZ UD明朝 Medium" w:hAnsi="BIZ UD明朝 Medium"/>
          <w:sz w:val="22"/>
          <w:lang w:eastAsia="ja-JP"/>
        </w:rPr>
        <w:t>仙台市地域生物多様性増進活動支援センター規約第７条の規定に基づき、下記のとおり部会の</w:t>
      </w:r>
      <w:r w:rsidR="002B1AD6">
        <w:rPr>
          <w:rFonts w:ascii="BIZ UD明朝 Medium" w:eastAsia="BIZ UD明朝 Medium" w:hAnsi="BIZ UD明朝 Medium" w:hint="eastAsia"/>
          <w:sz w:val="22"/>
          <w:lang w:eastAsia="ja-JP"/>
        </w:rPr>
        <w:t>設置</w:t>
      </w:r>
      <w:r w:rsidRPr="67D0247B">
        <w:rPr>
          <w:rFonts w:ascii="BIZ UD明朝 Medium" w:eastAsia="BIZ UD明朝 Medium" w:hAnsi="BIZ UD明朝 Medium"/>
          <w:sz w:val="22"/>
          <w:lang w:eastAsia="ja-JP"/>
        </w:rPr>
        <w:t>を申請します</w:t>
      </w:r>
      <w:r w:rsidRPr="67D0247B">
        <w:rPr>
          <w:rFonts w:ascii="BIZ UD明朝 Medium" w:eastAsia="BIZ UD明朝 Medium" w:hAnsi="BIZ UD明朝 Medium"/>
          <w:lang w:eastAsia="ja-JP"/>
        </w:rPr>
        <w:t>。</w:t>
      </w:r>
      <w:r>
        <w:rPr>
          <w:lang w:eastAsia="ja-JP"/>
        </w:rPr>
        <w:br/>
      </w:r>
    </w:p>
    <w:p w14:paraId="14B489DF" w14:textId="69AD372F" w:rsidR="2167D30D" w:rsidRDefault="2167D30D" w:rsidP="67D0247B">
      <w:pPr>
        <w:spacing w:line="360" w:lineRule="auto"/>
        <w:rPr>
          <w:rFonts w:ascii="BIZ UD明朝 Medium" w:eastAsia="BIZ UD明朝 Medium" w:hAnsi="BIZ UD明朝 Medium"/>
          <w:lang w:eastAsia="ja-JP"/>
        </w:rPr>
      </w:pPr>
      <w:r w:rsidRPr="67D0247B">
        <w:rPr>
          <w:rFonts w:ascii="BIZ UD明朝 Medium" w:eastAsia="BIZ UD明朝 Medium" w:hAnsi="BIZ UD明朝 Medium"/>
          <w:b/>
          <w:bCs/>
          <w:sz w:val="24"/>
          <w:szCs w:val="24"/>
          <w:lang w:eastAsia="ja-JP"/>
        </w:rPr>
        <w:t>１．</w:t>
      </w:r>
      <w:r w:rsidR="002B1AD6">
        <w:rPr>
          <w:rFonts w:ascii="BIZ UD明朝 Medium" w:eastAsia="BIZ UD明朝 Medium" w:hAnsi="BIZ UD明朝 Medium" w:hint="eastAsia"/>
          <w:b/>
          <w:bCs/>
          <w:sz w:val="24"/>
          <w:szCs w:val="24"/>
          <w:lang w:eastAsia="ja-JP"/>
        </w:rPr>
        <w:t>設置</w:t>
      </w:r>
      <w:r w:rsidRPr="67D0247B">
        <w:rPr>
          <w:rFonts w:ascii="BIZ UD明朝 Medium" w:eastAsia="BIZ UD明朝 Medium" w:hAnsi="BIZ UD明朝 Medium"/>
          <w:b/>
          <w:bCs/>
          <w:sz w:val="24"/>
          <w:szCs w:val="24"/>
          <w:lang w:eastAsia="ja-JP"/>
        </w:rPr>
        <w:t>を希望する部会の概要</w:t>
      </w:r>
    </w:p>
    <w:tbl>
      <w:tblPr>
        <w:tblW w:w="0" w:type="auto"/>
        <w:jc w:val="center"/>
        <w:tblLook w:val="04A0" w:firstRow="1" w:lastRow="0" w:firstColumn="1" w:lastColumn="0" w:noHBand="0" w:noVBand="1"/>
      </w:tblPr>
      <w:tblGrid>
        <w:gridCol w:w="3168"/>
        <w:gridCol w:w="6912"/>
      </w:tblGrid>
      <w:tr w:rsidR="67D0247B" w14:paraId="6BF7F8ED" w14:textId="77777777" w:rsidTr="67D0247B">
        <w:trPr>
          <w:trHeight w:val="300"/>
          <w:jc w:val="center"/>
        </w:trPr>
        <w:tc>
          <w:tcPr>
            <w:tcW w:w="31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40" w:type="dxa"/>
              <w:left w:w="150" w:type="dxa"/>
              <w:bottom w:w="140" w:type="dxa"/>
              <w:right w:w="150" w:type="dxa"/>
            </w:tcMar>
            <w:vAlign w:val="center"/>
          </w:tcPr>
          <w:p w14:paraId="41FBB1D9" w14:textId="77777777" w:rsidR="67D0247B" w:rsidRDefault="67D0247B" w:rsidP="67D0247B">
            <w:pPr>
              <w:spacing w:after="0" w:line="360" w:lineRule="auto"/>
              <w:jc w:val="center"/>
              <w:rPr>
                <w:rFonts w:ascii="BIZ UD明朝 Medium" w:eastAsia="BIZ UD明朝 Medium" w:hAnsi="BIZ UD明朝 Medium"/>
                <w:lang w:eastAsia="ja-JP"/>
              </w:rPr>
            </w:pPr>
            <w:proofErr w:type="spellStart"/>
            <w:r w:rsidRPr="67D0247B">
              <w:rPr>
                <w:rFonts w:ascii="BIZ UD明朝 Medium" w:eastAsia="BIZ UD明朝 Medium" w:hAnsi="BIZ UD明朝 Medium"/>
                <w:b/>
                <w:bCs/>
                <w:sz w:val="20"/>
                <w:szCs w:val="20"/>
              </w:rPr>
              <w:t>部会名</w:t>
            </w:r>
            <w:proofErr w:type="spellEnd"/>
          </w:p>
        </w:tc>
        <w:tc>
          <w:tcPr>
            <w:tcW w:w="69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40" w:type="dxa"/>
              <w:left w:w="150" w:type="dxa"/>
              <w:bottom w:w="140" w:type="dxa"/>
              <w:right w:w="150" w:type="dxa"/>
            </w:tcMar>
            <w:vAlign w:val="center"/>
          </w:tcPr>
          <w:p w14:paraId="14EE5823" w14:textId="48020A39" w:rsidR="2BA501D7" w:rsidRDefault="2BA501D7" w:rsidP="67D0247B">
            <w:pPr>
              <w:spacing w:line="360" w:lineRule="auto"/>
              <w:rPr>
                <w:rFonts w:ascii="BIZ UD明朝 Medium" w:eastAsia="BIZ UD明朝 Medium" w:hAnsi="BIZ UD明朝 Medium"/>
              </w:rPr>
            </w:pPr>
            <w:r w:rsidRPr="67D0247B">
              <w:rPr>
                <w:rFonts w:ascii="BIZ UD明朝 Medium" w:eastAsia="BIZ UD明朝 Medium" w:hAnsi="BIZ UD明朝 Medium"/>
                <w:color w:val="FF0000"/>
              </w:rPr>
              <w:t>○○</w:t>
            </w:r>
            <w:proofErr w:type="spellStart"/>
            <w:r w:rsidRPr="67D0247B">
              <w:rPr>
                <w:rFonts w:ascii="BIZ UD明朝 Medium" w:eastAsia="BIZ UD明朝 Medium" w:hAnsi="BIZ UD明朝 Medium"/>
                <w:color w:val="FF0000"/>
              </w:rPr>
              <w:t>部会</w:t>
            </w:r>
            <w:proofErr w:type="spellEnd"/>
          </w:p>
        </w:tc>
      </w:tr>
      <w:tr w:rsidR="67D0247B" w14:paraId="531743E8" w14:textId="77777777" w:rsidTr="67D0247B">
        <w:trPr>
          <w:trHeight w:val="300"/>
          <w:jc w:val="center"/>
        </w:trPr>
        <w:tc>
          <w:tcPr>
            <w:tcW w:w="31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40" w:type="dxa"/>
              <w:left w:w="150" w:type="dxa"/>
              <w:bottom w:w="140" w:type="dxa"/>
              <w:right w:w="150" w:type="dxa"/>
            </w:tcMar>
            <w:vAlign w:val="center"/>
          </w:tcPr>
          <w:p w14:paraId="714BB061" w14:textId="3024B1D6" w:rsidR="67D0247B" w:rsidRDefault="002B1AD6" w:rsidP="67D0247B">
            <w:pPr>
              <w:spacing w:after="0" w:line="360" w:lineRule="auto"/>
              <w:jc w:val="center"/>
              <w:rPr>
                <w:rFonts w:ascii="BIZ UD明朝 Medium" w:eastAsia="BIZ UD明朝 Medium" w:hAnsi="BIZ UD明朝 Medium"/>
                <w:lang w:eastAsia="ja-JP"/>
              </w:rPr>
            </w:pPr>
            <w:r>
              <w:rPr>
                <w:rFonts w:ascii="BIZ UD明朝 Medium" w:eastAsia="BIZ UD明朝 Medium" w:hAnsi="BIZ UD明朝 Medium" w:hint="eastAsia"/>
                <w:b/>
                <w:bCs/>
                <w:sz w:val="20"/>
                <w:szCs w:val="20"/>
                <w:lang w:eastAsia="ja-JP"/>
              </w:rPr>
              <w:t>設置</w:t>
            </w:r>
            <w:r w:rsidR="67D0247B" w:rsidRPr="67D0247B">
              <w:rPr>
                <w:rFonts w:ascii="BIZ UD明朝 Medium" w:eastAsia="BIZ UD明朝 Medium" w:hAnsi="BIZ UD明朝 Medium"/>
                <w:b/>
                <w:bCs/>
                <w:sz w:val="20"/>
                <w:szCs w:val="20"/>
                <w:lang w:eastAsia="ja-JP"/>
              </w:rPr>
              <w:t>の目的</w:t>
            </w:r>
          </w:p>
        </w:tc>
        <w:tc>
          <w:tcPr>
            <w:tcW w:w="69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40" w:type="dxa"/>
              <w:left w:w="150" w:type="dxa"/>
              <w:bottom w:w="140" w:type="dxa"/>
              <w:right w:w="150" w:type="dxa"/>
            </w:tcMar>
            <w:vAlign w:val="center"/>
          </w:tcPr>
          <w:p w14:paraId="34FDD13C" w14:textId="77777777" w:rsidR="785603B9" w:rsidRDefault="785603B9" w:rsidP="67D0247B">
            <w:pPr>
              <w:spacing w:line="360" w:lineRule="auto"/>
              <w:rPr>
                <w:rFonts w:eastAsia="BIZ UD明朝 Medium" w:cs="BIZ UD明朝 Medium"/>
                <w:color w:val="FF0000"/>
                <w:szCs w:val="21"/>
                <w:lang w:eastAsia="ja-JP"/>
              </w:rPr>
            </w:pPr>
            <w:r w:rsidRPr="67D0247B">
              <w:rPr>
                <w:rFonts w:ascii="BIZ UD明朝 Medium" w:eastAsia="BIZ UD明朝 Medium" w:hAnsi="BIZ UD明朝 Medium" w:cs="BIZ UD明朝 Medium"/>
                <w:color w:val="FF0000"/>
                <w:szCs w:val="21"/>
                <w:lang w:eastAsia="ja-JP"/>
              </w:rPr>
              <w:t>○○について調査研究、情報交換その他の活動を行うため</w:t>
            </w:r>
          </w:p>
          <w:p w14:paraId="0A231D35" w14:textId="3C7B1AE3" w:rsidR="00BF2478" w:rsidRDefault="00BF2478" w:rsidP="67D0247B">
            <w:pPr>
              <w:spacing w:line="360" w:lineRule="auto"/>
              <w:rPr>
                <w:rFonts w:ascii="BIZ UD明朝 Medium" w:eastAsia="BIZ UD明朝 Medium" w:hAnsi="BIZ UD明朝 Medium" w:cs="BIZ UD明朝 Medium"/>
                <w:color w:val="FF0000"/>
                <w:lang w:eastAsia="ja-JP"/>
              </w:rPr>
            </w:pPr>
          </w:p>
        </w:tc>
      </w:tr>
      <w:tr w:rsidR="67D0247B" w14:paraId="5C5B84C3" w14:textId="77777777" w:rsidTr="67D0247B">
        <w:trPr>
          <w:trHeight w:val="300"/>
          <w:jc w:val="center"/>
        </w:trPr>
        <w:tc>
          <w:tcPr>
            <w:tcW w:w="31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40" w:type="dxa"/>
              <w:left w:w="150" w:type="dxa"/>
              <w:bottom w:w="140" w:type="dxa"/>
              <w:right w:w="150" w:type="dxa"/>
            </w:tcMar>
            <w:vAlign w:val="center"/>
          </w:tcPr>
          <w:p w14:paraId="08A43A8E" w14:textId="77777777" w:rsidR="67D0247B" w:rsidRDefault="67D0247B" w:rsidP="67D0247B">
            <w:pPr>
              <w:spacing w:after="0" w:line="360" w:lineRule="auto"/>
              <w:jc w:val="center"/>
              <w:rPr>
                <w:rFonts w:ascii="BIZ UD明朝 Medium" w:eastAsia="BIZ UD明朝 Medium" w:hAnsi="BIZ UD明朝 Medium"/>
                <w:lang w:eastAsia="ja-JP"/>
              </w:rPr>
            </w:pPr>
            <w:r w:rsidRPr="67D0247B">
              <w:rPr>
                <w:rFonts w:ascii="BIZ UD明朝 Medium" w:eastAsia="BIZ UD明朝 Medium" w:hAnsi="BIZ UD明朝 Medium"/>
                <w:b/>
                <w:bCs/>
                <w:sz w:val="20"/>
                <w:szCs w:val="20"/>
                <w:lang w:eastAsia="ja-JP"/>
              </w:rPr>
              <w:t>主な活動内容・計画</w:t>
            </w:r>
          </w:p>
        </w:tc>
        <w:tc>
          <w:tcPr>
            <w:tcW w:w="69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40" w:type="dxa"/>
              <w:left w:w="150" w:type="dxa"/>
              <w:bottom w:w="140" w:type="dxa"/>
              <w:right w:w="150" w:type="dxa"/>
            </w:tcMar>
            <w:vAlign w:val="center"/>
          </w:tcPr>
          <w:p w14:paraId="3F54AED4" w14:textId="5CE147AC" w:rsidR="4F28B995" w:rsidRDefault="4F28B995" w:rsidP="67D0247B">
            <w:pPr>
              <w:spacing w:line="360" w:lineRule="auto"/>
              <w:rPr>
                <w:lang w:eastAsia="ja-JP"/>
              </w:rPr>
            </w:pPr>
            <w:r w:rsidRPr="67D0247B">
              <w:rPr>
                <w:rFonts w:ascii="BIZ UD明朝 Medium" w:eastAsia="BIZ UD明朝 Medium" w:hAnsi="BIZ UD明朝 Medium"/>
                <w:color w:val="FF0000"/>
                <w:lang w:eastAsia="ja-JP"/>
              </w:rPr>
              <w:t>・</w:t>
            </w:r>
            <w:r w:rsidR="1D70FD17" w:rsidRPr="67D0247B">
              <w:rPr>
                <w:rFonts w:ascii="BIZ UD明朝 Medium" w:eastAsia="BIZ UD明朝 Medium" w:hAnsi="BIZ UD明朝 Medium"/>
                <w:color w:val="FF0000"/>
                <w:lang w:eastAsia="ja-JP"/>
              </w:rPr>
              <w:t>○○</w:t>
            </w:r>
            <w:r w:rsidR="4B220BF0" w:rsidRPr="67D0247B">
              <w:rPr>
                <w:rFonts w:ascii="BIZ UD明朝 Medium" w:eastAsia="BIZ UD明朝 Medium" w:hAnsi="BIZ UD明朝 Medium"/>
                <w:color w:val="FF0000"/>
                <w:lang w:eastAsia="ja-JP"/>
              </w:rPr>
              <w:t>勉強会の実施（２か月に１回程度）</w:t>
            </w:r>
          </w:p>
          <w:p w14:paraId="2CAE4DE5" w14:textId="0850AB77" w:rsidR="1DFE71EA" w:rsidRDefault="1DFE71EA" w:rsidP="67D0247B">
            <w:pPr>
              <w:spacing w:line="360" w:lineRule="auto"/>
              <w:rPr>
                <w:rFonts w:ascii="BIZ UD明朝 Medium" w:eastAsia="BIZ UD明朝 Medium" w:hAnsi="BIZ UD明朝 Medium" w:cs="BIZ UD明朝 Medium"/>
                <w:color w:val="FF0000"/>
                <w:lang w:eastAsia="ja-JP"/>
              </w:rPr>
            </w:pPr>
            <w:r w:rsidRPr="67D0247B">
              <w:rPr>
                <w:rFonts w:ascii="BIZ UD明朝 Medium" w:eastAsia="BIZ UD明朝 Medium" w:hAnsi="BIZ UD明朝 Medium" w:cs="BIZ UD明朝 Medium"/>
                <w:color w:val="FF0000"/>
                <w:lang w:eastAsia="ja-JP"/>
              </w:rPr>
              <w:t>・</w:t>
            </w:r>
            <w:r w:rsidR="4B220BF0" w:rsidRPr="67D0247B">
              <w:rPr>
                <w:rFonts w:ascii="BIZ UD明朝 Medium" w:eastAsia="BIZ UD明朝 Medium" w:hAnsi="BIZ UD明朝 Medium" w:cs="BIZ UD明朝 Medium"/>
                <w:color w:val="FF0000"/>
                <w:lang w:eastAsia="ja-JP"/>
              </w:rPr>
              <w:t>杜の都ネイチャーポジティブフォーラムでの事例発表</w:t>
            </w:r>
          </w:p>
        </w:tc>
      </w:tr>
    </w:tbl>
    <w:p w14:paraId="30964554" w14:textId="77777777" w:rsidR="67D0247B" w:rsidRDefault="67D0247B" w:rsidP="67D0247B">
      <w:pPr>
        <w:spacing w:line="360" w:lineRule="auto"/>
        <w:rPr>
          <w:rFonts w:ascii="BIZ UD明朝 Medium" w:eastAsia="BIZ UD明朝 Medium" w:hAnsi="BIZ UD明朝 Medium"/>
          <w:lang w:eastAsia="ja-JP"/>
        </w:rPr>
      </w:pPr>
    </w:p>
    <w:p w14:paraId="558F3509" w14:textId="77777777" w:rsidR="2167D30D" w:rsidRDefault="2167D30D" w:rsidP="67D0247B">
      <w:pPr>
        <w:spacing w:line="360" w:lineRule="auto"/>
        <w:rPr>
          <w:rFonts w:ascii="BIZ UD明朝 Medium" w:eastAsia="BIZ UD明朝 Medium" w:hAnsi="BIZ UD明朝 Medium"/>
          <w:lang w:eastAsia="ja-JP"/>
        </w:rPr>
      </w:pPr>
      <w:r w:rsidRPr="67D0247B">
        <w:rPr>
          <w:rFonts w:ascii="BIZ UD明朝 Medium" w:eastAsia="BIZ UD明朝 Medium" w:hAnsi="BIZ UD明朝 Medium"/>
          <w:lang w:eastAsia="ja-JP"/>
        </w:rPr>
        <w:br w:type="page"/>
      </w:r>
    </w:p>
    <w:p w14:paraId="43A98D00" w14:textId="77777777" w:rsidR="67D0247B" w:rsidRDefault="67D0247B" w:rsidP="67D0247B">
      <w:pPr>
        <w:spacing w:line="360" w:lineRule="auto"/>
        <w:rPr>
          <w:rFonts w:ascii="BIZ UD明朝 Medium" w:eastAsia="BIZ UD明朝 Medium" w:hAnsi="BIZ UD明朝 Medium"/>
          <w:lang w:eastAsia="ja-JP"/>
        </w:rPr>
      </w:pPr>
    </w:p>
    <w:p w14:paraId="575EC499" w14:textId="77777777" w:rsidR="2167D30D" w:rsidRDefault="2167D30D" w:rsidP="67D0247B">
      <w:pPr>
        <w:spacing w:line="360" w:lineRule="auto"/>
        <w:rPr>
          <w:rFonts w:ascii="BIZ UD明朝 Medium" w:eastAsia="BIZ UD明朝 Medium" w:hAnsi="BIZ UD明朝 Medium"/>
          <w:lang w:eastAsia="ja-JP"/>
        </w:rPr>
      </w:pPr>
      <w:r w:rsidRPr="67D0247B">
        <w:rPr>
          <w:rFonts w:ascii="BIZ UD明朝 Medium" w:eastAsia="BIZ UD明朝 Medium" w:hAnsi="BIZ UD明朝 Medium"/>
          <w:b/>
          <w:bCs/>
          <w:sz w:val="24"/>
          <w:szCs w:val="24"/>
          <w:lang w:eastAsia="ja-JP"/>
        </w:rPr>
        <w:t>２．部会構成員（予定者）リスト</w:t>
      </w:r>
    </w:p>
    <w:tbl>
      <w:tblPr>
        <w:tblW w:w="0" w:type="auto"/>
        <w:jc w:val="center"/>
        <w:tblLook w:val="0600" w:firstRow="0" w:lastRow="0" w:firstColumn="0" w:lastColumn="0" w:noHBand="1" w:noVBand="1"/>
      </w:tblPr>
      <w:tblGrid>
        <w:gridCol w:w="845"/>
        <w:gridCol w:w="3724"/>
        <w:gridCol w:w="2538"/>
        <w:gridCol w:w="3046"/>
      </w:tblGrid>
      <w:tr w:rsidR="67D0247B" w14:paraId="40FE5665" w14:textId="77777777" w:rsidTr="67D0247B">
        <w:trPr>
          <w:trHeight w:val="684"/>
          <w:jc w:val="center"/>
        </w:trPr>
        <w:tc>
          <w:tcPr>
            <w:tcW w:w="84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705AC976" w14:textId="77777777" w:rsidR="67D0247B" w:rsidRDefault="67D0247B" w:rsidP="67D0247B">
            <w:pPr>
              <w:spacing w:after="0" w:line="360" w:lineRule="auto"/>
              <w:jc w:val="center"/>
              <w:rPr>
                <w:rFonts w:ascii="BIZ UD明朝 Medium" w:eastAsia="BIZ UD明朝 Medium" w:hAnsi="BIZ UD明朝 Medium"/>
              </w:rPr>
            </w:pPr>
            <w:r w:rsidRPr="67D0247B">
              <w:rPr>
                <w:rFonts w:ascii="BIZ UD明朝 Medium" w:eastAsia="BIZ UD明朝 Medium" w:hAnsi="BIZ UD明朝 Medium"/>
                <w:b/>
                <w:bCs/>
                <w:sz w:val="20"/>
                <w:szCs w:val="20"/>
              </w:rPr>
              <w:t>No.</w:t>
            </w:r>
          </w:p>
        </w:tc>
        <w:tc>
          <w:tcPr>
            <w:tcW w:w="37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0E35679F" w14:textId="7ED74422" w:rsidR="67D0247B" w:rsidRDefault="67D0247B" w:rsidP="67D0247B">
            <w:pPr>
              <w:spacing w:after="0" w:line="360" w:lineRule="auto"/>
              <w:jc w:val="center"/>
              <w:rPr>
                <w:rFonts w:ascii="BIZ UD明朝 Medium" w:eastAsia="BIZ UD明朝 Medium" w:hAnsi="BIZ UD明朝 Medium"/>
                <w:b/>
                <w:bCs/>
                <w:sz w:val="20"/>
                <w:szCs w:val="20"/>
                <w:lang w:eastAsia="ja-JP"/>
              </w:rPr>
            </w:pPr>
            <w:r w:rsidRPr="67D0247B">
              <w:rPr>
                <w:rFonts w:ascii="BIZ UD明朝 Medium" w:eastAsia="BIZ UD明朝 Medium" w:hAnsi="BIZ UD明朝 Medium"/>
                <w:b/>
                <w:bCs/>
                <w:sz w:val="20"/>
                <w:szCs w:val="20"/>
                <w:lang w:eastAsia="ja-JP"/>
              </w:rPr>
              <w:t>団体名</w:t>
            </w:r>
          </w:p>
        </w:tc>
        <w:tc>
          <w:tcPr>
            <w:tcW w:w="25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39ED689F" w14:textId="77777777" w:rsidR="67D0247B" w:rsidRDefault="67D0247B" w:rsidP="67D0247B">
            <w:pPr>
              <w:spacing w:after="0" w:line="360" w:lineRule="auto"/>
              <w:jc w:val="center"/>
              <w:rPr>
                <w:rFonts w:ascii="BIZ UD明朝 Medium" w:eastAsia="BIZ UD明朝 Medium" w:hAnsi="BIZ UD明朝 Medium"/>
              </w:rPr>
            </w:pPr>
            <w:proofErr w:type="spellStart"/>
            <w:r w:rsidRPr="67D0247B">
              <w:rPr>
                <w:rFonts w:ascii="BIZ UD明朝 Medium" w:eastAsia="BIZ UD明朝 Medium" w:hAnsi="BIZ UD明朝 Medium"/>
                <w:b/>
                <w:bCs/>
                <w:sz w:val="20"/>
                <w:szCs w:val="20"/>
              </w:rPr>
              <w:t>氏名</w:t>
            </w:r>
            <w:proofErr w:type="spellEnd"/>
          </w:p>
        </w:tc>
        <w:tc>
          <w:tcPr>
            <w:tcW w:w="3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5355A220" w14:textId="77777777" w:rsidR="67D0247B" w:rsidRDefault="67D0247B" w:rsidP="67D0247B">
            <w:pPr>
              <w:spacing w:after="0" w:line="360" w:lineRule="auto"/>
              <w:jc w:val="center"/>
              <w:rPr>
                <w:rFonts w:ascii="BIZ UD明朝 Medium" w:eastAsia="BIZ UD明朝 Medium" w:hAnsi="BIZ UD明朝 Medium"/>
                <w:b/>
                <w:bCs/>
                <w:lang w:eastAsia="ja-JP"/>
              </w:rPr>
            </w:pPr>
            <w:r w:rsidRPr="67D0247B">
              <w:rPr>
                <w:rFonts w:ascii="BIZ UD明朝 Medium" w:eastAsia="BIZ UD明朝 Medium" w:hAnsi="BIZ UD明朝 Medium"/>
                <w:b/>
                <w:bCs/>
                <w:lang w:eastAsia="ja-JP"/>
              </w:rPr>
              <w:t>備考</w:t>
            </w:r>
          </w:p>
        </w:tc>
      </w:tr>
      <w:tr w:rsidR="67D0247B" w14:paraId="0D0EF05A" w14:textId="77777777" w:rsidTr="67D0247B">
        <w:trPr>
          <w:trHeight w:val="684"/>
          <w:jc w:val="center"/>
        </w:trPr>
        <w:tc>
          <w:tcPr>
            <w:tcW w:w="84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1CF7E862" w14:textId="77777777" w:rsidR="67D0247B" w:rsidRDefault="67D0247B" w:rsidP="67D0247B">
            <w:pPr>
              <w:spacing w:after="0" w:line="360" w:lineRule="auto"/>
              <w:jc w:val="center"/>
              <w:rPr>
                <w:rFonts w:ascii="BIZ UD明朝 Medium" w:eastAsia="BIZ UD明朝 Medium" w:hAnsi="BIZ UD明朝 Medium"/>
              </w:rPr>
            </w:pPr>
            <w:r w:rsidRPr="67D0247B">
              <w:rPr>
                <w:rFonts w:ascii="BIZ UD明朝 Medium" w:eastAsia="BIZ UD明朝 Medium" w:hAnsi="BIZ UD明朝 Medium"/>
                <w:sz w:val="20"/>
                <w:szCs w:val="20"/>
              </w:rPr>
              <w:t>1</w:t>
            </w:r>
          </w:p>
        </w:tc>
        <w:tc>
          <w:tcPr>
            <w:tcW w:w="37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03BAE4FF" w14:textId="2EA0D264" w:rsidR="736729B7" w:rsidRDefault="736729B7" w:rsidP="67D0247B">
            <w:pPr>
              <w:spacing w:line="360" w:lineRule="auto"/>
              <w:rPr>
                <w:rFonts w:ascii="BIZ UD明朝 Medium" w:eastAsia="BIZ UD明朝 Medium" w:hAnsi="BIZ UD明朝 Medium" w:cs="BIZ UD明朝 Medium"/>
                <w:szCs w:val="21"/>
              </w:rPr>
            </w:pPr>
            <w:proofErr w:type="spellStart"/>
            <w:r w:rsidRPr="67D0247B">
              <w:rPr>
                <w:rFonts w:ascii="BIZ UD明朝 Medium" w:eastAsia="BIZ UD明朝 Medium" w:hAnsi="BIZ UD明朝 Medium" w:cs="BIZ UD明朝 Medium"/>
                <w:color w:val="FF0000"/>
                <w:szCs w:val="21"/>
              </w:rPr>
              <w:t>株式会社</w:t>
            </w:r>
            <w:proofErr w:type="spellEnd"/>
            <w:r w:rsidRPr="67D0247B">
              <w:rPr>
                <w:rFonts w:ascii="BIZ UD明朝 Medium" w:eastAsia="BIZ UD明朝 Medium" w:hAnsi="BIZ UD明朝 Medium" w:cs="BIZ UD明朝 Medium"/>
                <w:color w:val="FF0000"/>
                <w:szCs w:val="21"/>
              </w:rPr>
              <w:t>○○</w:t>
            </w:r>
          </w:p>
        </w:tc>
        <w:tc>
          <w:tcPr>
            <w:tcW w:w="25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0D9B50EE" w14:textId="1FF66DF6" w:rsidR="061A0724" w:rsidRDefault="061A0724" w:rsidP="67D0247B">
            <w:pPr>
              <w:spacing w:after="0" w:line="360" w:lineRule="auto"/>
            </w:pPr>
            <w:r w:rsidRPr="67D0247B">
              <w:rPr>
                <w:rFonts w:ascii="BIZ UD明朝 Medium" w:eastAsia="BIZ UD明朝 Medium" w:hAnsi="BIZ UD明朝 Medium"/>
                <w:color w:val="FF0000"/>
              </w:rPr>
              <w:t>○〇○　○○</w:t>
            </w:r>
          </w:p>
        </w:tc>
        <w:tc>
          <w:tcPr>
            <w:tcW w:w="3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517674CA" w14:textId="1CCDBD1E" w:rsidR="736729B7" w:rsidRDefault="736729B7" w:rsidP="67D0247B">
            <w:pPr>
              <w:spacing w:after="0" w:line="360" w:lineRule="auto"/>
              <w:rPr>
                <w:rFonts w:ascii="BIZ UD明朝 Medium" w:eastAsia="BIZ UD明朝 Medium" w:hAnsi="BIZ UD明朝 Medium"/>
                <w:color w:val="FF0000"/>
                <w:lang w:eastAsia="ja-JP"/>
              </w:rPr>
            </w:pPr>
            <w:r w:rsidRPr="67D0247B">
              <w:rPr>
                <w:rFonts w:ascii="BIZ UD明朝 Medium" w:eastAsia="BIZ UD明朝 Medium" w:hAnsi="BIZ UD明朝 Medium"/>
                <w:color w:val="FF0000"/>
                <w:lang w:eastAsia="ja-JP"/>
              </w:rPr>
              <w:t>部会長</w:t>
            </w:r>
          </w:p>
        </w:tc>
      </w:tr>
      <w:tr w:rsidR="67D0247B" w14:paraId="2489FB08" w14:textId="77777777" w:rsidTr="67D0247B">
        <w:trPr>
          <w:trHeight w:val="684"/>
          <w:jc w:val="center"/>
        </w:trPr>
        <w:tc>
          <w:tcPr>
            <w:tcW w:w="84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1D61D715" w14:textId="77777777" w:rsidR="67D0247B" w:rsidRDefault="67D0247B" w:rsidP="67D0247B">
            <w:pPr>
              <w:spacing w:after="0" w:line="360" w:lineRule="auto"/>
              <w:jc w:val="center"/>
              <w:rPr>
                <w:rFonts w:ascii="BIZ UD明朝 Medium" w:eastAsia="BIZ UD明朝 Medium" w:hAnsi="BIZ UD明朝 Medium"/>
              </w:rPr>
            </w:pPr>
            <w:r w:rsidRPr="67D0247B">
              <w:rPr>
                <w:rFonts w:ascii="BIZ UD明朝 Medium" w:eastAsia="BIZ UD明朝 Medium" w:hAnsi="BIZ UD明朝 Medium"/>
                <w:sz w:val="20"/>
                <w:szCs w:val="20"/>
              </w:rPr>
              <w:t>2</w:t>
            </w:r>
          </w:p>
        </w:tc>
        <w:tc>
          <w:tcPr>
            <w:tcW w:w="37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27267BDD" w14:textId="208F50A7" w:rsidR="6A0EAEBC" w:rsidRDefault="6A0EAEBC" w:rsidP="67D0247B">
            <w:pPr>
              <w:spacing w:line="360" w:lineRule="auto"/>
              <w:rPr>
                <w:rFonts w:ascii="BIZ UD明朝 Medium" w:eastAsia="BIZ UD明朝 Medium" w:hAnsi="BIZ UD明朝 Medium" w:cs="BIZ UD明朝 Medium"/>
                <w:szCs w:val="21"/>
              </w:rPr>
            </w:pPr>
            <w:proofErr w:type="spellStart"/>
            <w:r w:rsidRPr="67D0247B">
              <w:rPr>
                <w:rFonts w:ascii="BIZ UD明朝 Medium" w:eastAsia="BIZ UD明朝 Medium" w:hAnsi="BIZ UD明朝 Medium" w:cs="BIZ UD明朝 Medium"/>
                <w:color w:val="FF0000"/>
                <w:szCs w:val="21"/>
              </w:rPr>
              <w:t>株式会社</w:t>
            </w:r>
            <w:proofErr w:type="spellEnd"/>
            <w:r w:rsidRPr="67D0247B">
              <w:rPr>
                <w:rFonts w:ascii="BIZ UD明朝 Medium" w:eastAsia="BIZ UD明朝 Medium" w:hAnsi="BIZ UD明朝 Medium" w:cs="BIZ UD明朝 Medium"/>
                <w:color w:val="FF0000"/>
                <w:szCs w:val="21"/>
              </w:rPr>
              <w:t>○○</w:t>
            </w:r>
          </w:p>
        </w:tc>
        <w:tc>
          <w:tcPr>
            <w:tcW w:w="25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07D115F0" w14:textId="5D90EAE5" w:rsidR="43759848" w:rsidRDefault="43759848" w:rsidP="67D0247B">
            <w:pPr>
              <w:spacing w:after="0" w:line="360" w:lineRule="auto"/>
            </w:pPr>
            <w:r w:rsidRPr="67D0247B">
              <w:rPr>
                <w:rFonts w:ascii="BIZ UD明朝 Medium" w:eastAsia="BIZ UD明朝 Medium" w:hAnsi="BIZ UD明朝 Medium"/>
                <w:color w:val="FF0000"/>
              </w:rPr>
              <w:t>○〇○　○○</w:t>
            </w:r>
          </w:p>
        </w:tc>
        <w:tc>
          <w:tcPr>
            <w:tcW w:w="3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202FE16F" w14:textId="3DC279DB" w:rsidR="5FDE97BA" w:rsidRDefault="5FDE97BA" w:rsidP="67D0247B">
            <w:pPr>
              <w:spacing w:after="0" w:line="360" w:lineRule="auto"/>
              <w:rPr>
                <w:rFonts w:ascii="BIZ UD明朝 Medium" w:eastAsia="BIZ UD明朝 Medium" w:hAnsi="BIZ UD明朝 Medium"/>
                <w:color w:val="FF0000"/>
                <w:lang w:eastAsia="ja-JP"/>
              </w:rPr>
            </w:pPr>
            <w:r w:rsidRPr="67D0247B">
              <w:rPr>
                <w:rFonts w:ascii="BIZ UD明朝 Medium" w:eastAsia="BIZ UD明朝 Medium" w:hAnsi="BIZ UD明朝 Medium"/>
                <w:color w:val="FF0000"/>
                <w:lang w:eastAsia="ja-JP"/>
              </w:rPr>
              <w:t>副部会長</w:t>
            </w:r>
          </w:p>
        </w:tc>
      </w:tr>
      <w:tr w:rsidR="67D0247B" w14:paraId="38585423" w14:textId="77777777" w:rsidTr="67D0247B">
        <w:trPr>
          <w:trHeight w:val="684"/>
          <w:jc w:val="center"/>
        </w:trPr>
        <w:tc>
          <w:tcPr>
            <w:tcW w:w="84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3D0E1B3F" w14:textId="77777777" w:rsidR="67D0247B" w:rsidRDefault="67D0247B" w:rsidP="67D0247B">
            <w:pPr>
              <w:spacing w:after="0" w:line="360" w:lineRule="auto"/>
              <w:jc w:val="center"/>
              <w:rPr>
                <w:rFonts w:ascii="BIZ UD明朝 Medium" w:eastAsia="BIZ UD明朝 Medium" w:hAnsi="BIZ UD明朝 Medium"/>
              </w:rPr>
            </w:pPr>
            <w:r w:rsidRPr="67D0247B">
              <w:rPr>
                <w:rFonts w:ascii="BIZ UD明朝 Medium" w:eastAsia="BIZ UD明朝 Medium" w:hAnsi="BIZ UD明朝 Medium"/>
                <w:sz w:val="20"/>
                <w:szCs w:val="20"/>
              </w:rPr>
              <w:t>3</w:t>
            </w:r>
          </w:p>
        </w:tc>
        <w:tc>
          <w:tcPr>
            <w:tcW w:w="37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75508355" w14:textId="1F7AB358" w:rsidR="57DD659B" w:rsidRDefault="57DD659B" w:rsidP="67D0247B">
            <w:pPr>
              <w:spacing w:line="360" w:lineRule="auto"/>
              <w:rPr>
                <w:rFonts w:ascii="BIZ UD明朝 Medium" w:eastAsia="BIZ UD明朝 Medium" w:hAnsi="BIZ UD明朝 Medium" w:cs="BIZ UD明朝 Medium"/>
                <w:szCs w:val="21"/>
              </w:rPr>
            </w:pPr>
            <w:proofErr w:type="spellStart"/>
            <w:r w:rsidRPr="67D0247B">
              <w:rPr>
                <w:rFonts w:ascii="BIZ UD明朝 Medium" w:eastAsia="BIZ UD明朝 Medium" w:hAnsi="BIZ UD明朝 Medium" w:cs="BIZ UD明朝 Medium"/>
                <w:color w:val="FF0000"/>
                <w:szCs w:val="21"/>
              </w:rPr>
              <w:t>株式会社</w:t>
            </w:r>
            <w:proofErr w:type="spellEnd"/>
            <w:r w:rsidRPr="67D0247B">
              <w:rPr>
                <w:rFonts w:ascii="BIZ UD明朝 Medium" w:eastAsia="BIZ UD明朝 Medium" w:hAnsi="BIZ UD明朝 Medium" w:cs="BIZ UD明朝 Medium"/>
                <w:color w:val="FF0000"/>
                <w:szCs w:val="21"/>
              </w:rPr>
              <w:t>○○</w:t>
            </w:r>
          </w:p>
        </w:tc>
        <w:tc>
          <w:tcPr>
            <w:tcW w:w="25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70E91790" w14:textId="0F2273D6" w:rsidR="43759848" w:rsidRDefault="43759848" w:rsidP="67D0247B">
            <w:pPr>
              <w:spacing w:after="0" w:line="360" w:lineRule="auto"/>
            </w:pPr>
            <w:r w:rsidRPr="67D0247B">
              <w:rPr>
                <w:rFonts w:ascii="BIZ UD明朝 Medium" w:eastAsia="BIZ UD明朝 Medium" w:hAnsi="BIZ UD明朝 Medium"/>
                <w:color w:val="FF0000"/>
              </w:rPr>
              <w:t>○〇○　○○</w:t>
            </w:r>
          </w:p>
        </w:tc>
        <w:tc>
          <w:tcPr>
            <w:tcW w:w="3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35314C31" w14:textId="07EED3ED" w:rsidR="716BB014" w:rsidRDefault="716BB014" w:rsidP="67D0247B">
            <w:pPr>
              <w:spacing w:after="0" w:line="360" w:lineRule="auto"/>
              <w:rPr>
                <w:rFonts w:ascii="BIZ UD明朝 Medium" w:eastAsia="BIZ UD明朝 Medium" w:hAnsi="BIZ UD明朝 Medium"/>
                <w:color w:val="FF0000"/>
                <w:lang w:eastAsia="ja-JP"/>
              </w:rPr>
            </w:pPr>
            <w:r w:rsidRPr="67D0247B">
              <w:rPr>
                <w:rFonts w:ascii="BIZ UD明朝 Medium" w:eastAsia="BIZ UD明朝 Medium" w:hAnsi="BIZ UD明朝 Medium"/>
                <w:color w:val="FF0000"/>
                <w:lang w:eastAsia="ja-JP"/>
              </w:rPr>
              <w:t>構成員</w:t>
            </w:r>
          </w:p>
        </w:tc>
      </w:tr>
      <w:tr w:rsidR="67D0247B" w14:paraId="59365228" w14:textId="77777777" w:rsidTr="67D0247B">
        <w:trPr>
          <w:trHeight w:val="684"/>
          <w:jc w:val="center"/>
        </w:trPr>
        <w:tc>
          <w:tcPr>
            <w:tcW w:w="84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38F99E5C" w14:textId="77777777" w:rsidR="67D0247B" w:rsidRDefault="67D0247B" w:rsidP="67D0247B">
            <w:pPr>
              <w:spacing w:after="0" w:line="360" w:lineRule="auto"/>
              <w:jc w:val="center"/>
              <w:rPr>
                <w:rFonts w:ascii="BIZ UD明朝 Medium" w:eastAsia="BIZ UD明朝 Medium" w:hAnsi="BIZ UD明朝 Medium"/>
              </w:rPr>
            </w:pPr>
            <w:r w:rsidRPr="67D0247B">
              <w:rPr>
                <w:rFonts w:ascii="BIZ UD明朝 Medium" w:eastAsia="BIZ UD明朝 Medium" w:hAnsi="BIZ UD明朝 Medium"/>
                <w:sz w:val="20"/>
                <w:szCs w:val="20"/>
              </w:rPr>
              <w:t>4</w:t>
            </w:r>
          </w:p>
        </w:tc>
        <w:tc>
          <w:tcPr>
            <w:tcW w:w="37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6A6F61EB" w14:textId="730C004B" w:rsidR="1D6C18DB" w:rsidRDefault="1D6C18DB" w:rsidP="67D0247B">
            <w:pPr>
              <w:spacing w:line="360" w:lineRule="auto"/>
              <w:rPr>
                <w:rFonts w:ascii="BIZ UD明朝 Medium" w:eastAsia="BIZ UD明朝 Medium" w:hAnsi="BIZ UD明朝 Medium" w:cs="BIZ UD明朝 Medium"/>
                <w:szCs w:val="21"/>
              </w:rPr>
            </w:pPr>
            <w:r w:rsidRPr="67D0247B">
              <w:rPr>
                <w:rFonts w:ascii="BIZ UD明朝 Medium" w:eastAsia="BIZ UD明朝 Medium" w:hAnsi="BIZ UD明朝 Medium" w:cs="BIZ UD明朝 Medium"/>
                <w:color w:val="FF0000"/>
                <w:szCs w:val="21"/>
              </w:rPr>
              <w:t>○○</w:t>
            </w:r>
            <w:proofErr w:type="spellStart"/>
            <w:r w:rsidRPr="67D0247B">
              <w:rPr>
                <w:rFonts w:ascii="BIZ UD明朝 Medium" w:eastAsia="BIZ UD明朝 Medium" w:hAnsi="BIZ UD明朝 Medium" w:cs="BIZ UD明朝 Medium"/>
                <w:color w:val="FF0000"/>
                <w:szCs w:val="21"/>
              </w:rPr>
              <w:t>の会</w:t>
            </w:r>
            <w:proofErr w:type="spellEnd"/>
          </w:p>
        </w:tc>
        <w:tc>
          <w:tcPr>
            <w:tcW w:w="25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79CA5ED0" w14:textId="7A235429" w:rsidR="6663F1A3" w:rsidRDefault="6663F1A3" w:rsidP="67D0247B">
            <w:pPr>
              <w:spacing w:after="0" w:line="360" w:lineRule="auto"/>
            </w:pPr>
            <w:r w:rsidRPr="67D0247B">
              <w:rPr>
                <w:rFonts w:ascii="BIZ UD明朝 Medium" w:eastAsia="BIZ UD明朝 Medium" w:hAnsi="BIZ UD明朝 Medium"/>
                <w:color w:val="FF0000"/>
              </w:rPr>
              <w:t>○〇○　○○</w:t>
            </w:r>
          </w:p>
        </w:tc>
        <w:tc>
          <w:tcPr>
            <w:tcW w:w="3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2401485E" w14:textId="2F41A906" w:rsidR="11332396" w:rsidRDefault="11332396" w:rsidP="67D0247B">
            <w:pPr>
              <w:spacing w:after="0" w:line="360" w:lineRule="auto"/>
              <w:rPr>
                <w:rFonts w:ascii="BIZ UD明朝 Medium" w:eastAsia="BIZ UD明朝 Medium" w:hAnsi="BIZ UD明朝 Medium"/>
                <w:color w:val="FF0000"/>
                <w:lang w:eastAsia="ja-JP"/>
              </w:rPr>
            </w:pPr>
            <w:r w:rsidRPr="67D0247B">
              <w:rPr>
                <w:rFonts w:ascii="BIZ UD明朝 Medium" w:eastAsia="BIZ UD明朝 Medium" w:hAnsi="BIZ UD明朝 Medium"/>
                <w:color w:val="FF0000"/>
                <w:lang w:eastAsia="ja-JP"/>
              </w:rPr>
              <w:t>構成員</w:t>
            </w:r>
          </w:p>
        </w:tc>
      </w:tr>
      <w:tr w:rsidR="67D0247B" w14:paraId="0D005AD3" w14:textId="77777777" w:rsidTr="67D0247B">
        <w:trPr>
          <w:trHeight w:val="684"/>
          <w:jc w:val="center"/>
        </w:trPr>
        <w:tc>
          <w:tcPr>
            <w:tcW w:w="84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33387065" w14:textId="77777777" w:rsidR="67D0247B" w:rsidRDefault="67D0247B" w:rsidP="67D0247B">
            <w:pPr>
              <w:spacing w:after="0" w:line="360" w:lineRule="auto"/>
              <w:jc w:val="center"/>
              <w:rPr>
                <w:rFonts w:ascii="BIZ UD明朝 Medium" w:eastAsia="BIZ UD明朝 Medium" w:hAnsi="BIZ UD明朝 Medium"/>
              </w:rPr>
            </w:pPr>
            <w:r w:rsidRPr="67D0247B">
              <w:rPr>
                <w:rFonts w:ascii="BIZ UD明朝 Medium" w:eastAsia="BIZ UD明朝 Medium" w:hAnsi="BIZ UD明朝 Medium"/>
                <w:sz w:val="20"/>
                <w:szCs w:val="20"/>
              </w:rPr>
              <w:t>5</w:t>
            </w:r>
          </w:p>
        </w:tc>
        <w:tc>
          <w:tcPr>
            <w:tcW w:w="37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18B6FF40" w14:textId="61408B23" w:rsidR="7A43E068" w:rsidRDefault="7A43E068" w:rsidP="67D0247B">
            <w:pPr>
              <w:spacing w:line="360" w:lineRule="auto"/>
              <w:rPr>
                <w:rFonts w:ascii="BIZ UD明朝 Medium" w:eastAsia="BIZ UD明朝 Medium" w:hAnsi="BIZ UD明朝 Medium" w:cs="BIZ UD明朝 Medium"/>
                <w:szCs w:val="21"/>
              </w:rPr>
            </w:pPr>
            <w:proofErr w:type="spellStart"/>
            <w:r w:rsidRPr="67D0247B">
              <w:rPr>
                <w:rFonts w:ascii="BIZ UD明朝 Medium" w:eastAsia="BIZ UD明朝 Medium" w:hAnsi="BIZ UD明朝 Medium" w:cs="BIZ UD明朝 Medium"/>
                <w:color w:val="FF0000"/>
                <w:szCs w:val="21"/>
              </w:rPr>
              <w:t>株式会社</w:t>
            </w:r>
            <w:proofErr w:type="spellEnd"/>
            <w:r w:rsidRPr="67D0247B">
              <w:rPr>
                <w:rFonts w:ascii="BIZ UD明朝 Medium" w:eastAsia="BIZ UD明朝 Medium" w:hAnsi="BIZ UD明朝 Medium" w:cs="BIZ UD明朝 Medium"/>
                <w:color w:val="FF0000"/>
                <w:szCs w:val="21"/>
              </w:rPr>
              <w:t>○○</w:t>
            </w:r>
          </w:p>
        </w:tc>
        <w:tc>
          <w:tcPr>
            <w:tcW w:w="25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2735AD4F" w14:textId="3B963278" w:rsidR="6663F1A3" w:rsidRDefault="6663F1A3" w:rsidP="67D0247B">
            <w:pPr>
              <w:spacing w:after="0" w:line="360" w:lineRule="auto"/>
            </w:pPr>
            <w:r w:rsidRPr="67D0247B">
              <w:rPr>
                <w:rFonts w:ascii="BIZ UD明朝 Medium" w:eastAsia="BIZ UD明朝 Medium" w:hAnsi="BIZ UD明朝 Medium"/>
                <w:color w:val="FF0000"/>
              </w:rPr>
              <w:t>○〇○　○○</w:t>
            </w:r>
          </w:p>
        </w:tc>
        <w:tc>
          <w:tcPr>
            <w:tcW w:w="3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00" w:type="dxa"/>
              <w:left w:w="150" w:type="dxa"/>
              <w:bottom w:w="100" w:type="dxa"/>
              <w:right w:w="150" w:type="dxa"/>
            </w:tcMar>
            <w:vAlign w:val="center"/>
          </w:tcPr>
          <w:p w14:paraId="2FF4F3D7" w14:textId="601E8851" w:rsidR="0BE209A4" w:rsidRDefault="0BE209A4" w:rsidP="67D0247B">
            <w:pPr>
              <w:spacing w:after="0" w:line="360" w:lineRule="auto"/>
              <w:rPr>
                <w:rFonts w:ascii="BIZ UD明朝 Medium" w:eastAsia="BIZ UD明朝 Medium" w:hAnsi="BIZ UD明朝 Medium"/>
                <w:color w:val="FF0000"/>
                <w:lang w:eastAsia="ja-JP"/>
              </w:rPr>
            </w:pPr>
            <w:r w:rsidRPr="67D0247B">
              <w:rPr>
                <w:rFonts w:ascii="BIZ UD明朝 Medium" w:eastAsia="BIZ UD明朝 Medium" w:hAnsi="BIZ UD明朝 Medium"/>
                <w:color w:val="FF0000"/>
                <w:lang w:eastAsia="ja-JP"/>
              </w:rPr>
              <w:t>構成員</w:t>
            </w:r>
          </w:p>
        </w:tc>
      </w:tr>
    </w:tbl>
    <w:p w14:paraId="761B856D" w14:textId="77777777" w:rsidR="00C224DE" w:rsidRDefault="00C224DE" w:rsidP="00C224DE">
      <w:pPr>
        <w:spacing w:line="360" w:lineRule="auto"/>
        <w:rPr>
          <w:rFonts w:ascii="BIZ UD明朝 Medium" w:eastAsia="BIZ UD明朝 Medium" w:hAnsi="BIZ UD明朝 Medium"/>
          <w:lang w:eastAsia="ja-JP"/>
        </w:rPr>
      </w:pPr>
    </w:p>
    <w:p w14:paraId="18DAA5C1" w14:textId="77777777" w:rsidR="00C224DE" w:rsidRPr="000C6389" w:rsidRDefault="00C224DE" w:rsidP="00C224DE">
      <w:pPr>
        <w:spacing w:line="360" w:lineRule="auto"/>
        <w:rPr>
          <w:rFonts w:ascii="BIZ UD明朝 Medium" w:eastAsia="BIZ UD明朝 Medium" w:hAnsi="BIZ UD明朝 Medium"/>
          <w:b/>
          <w:bCs/>
          <w:sz w:val="24"/>
          <w:szCs w:val="28"/>
          <w:lang w:eastAsia="ja-JP"/>
        </w:rPr>
      </w:pPr>
      <w:r w:rsidRPr="000C6389">
        <w:rPr>
          <w:rFonts w:ascii="BIZ UD明朝 Medium" w:eastAsia="BIZ UD明朝 Medium" w:hAnsi="BIZ UD明朝 Medium" w:hint="eastAsia"/>
          <w:b/>
          <w:bCs/>
          <w:sz w:val="24"/>
          <w:szCs w:val="28"/>
          <w:lang w:eastAsia="ja-JP"/>
        </w:rPr>
        <w:t>３.同意事項</w:t>
      </w:r>
    </w:p>
    <w:p w14:paraId="17159A08" w14:textId="228A4D4E" w:rsidR="00C224DE" w:rsidRDefault="008E768D" w:rsidP="00C224DE">
      <w:pPr>
        <w:spacing w:line="360" w:lineRule="auto"/>
        <w:rPr>
          <w:rFonts w:ascii="BIZ UD明朝 Medium" w:eastAsia="BIZ UD明朝 Medium" w:hAnsi="BIZ UD明朝 Medium"/>
          <w:lang w:eastAsia="ja-JP"/>
        </w:rPr>
      </w:pPr>
      <w:sdt>
        <w:sdtPr>
          <w:rPr>
            <w:rFonts w:ascii="BIZ UD明朝 Medium" w:eastAsia="BIZ UD明朝 Medium" w:hAnsi="BIZ UD明朝 Medium" w:hint="eastAsia"/>
            <w:lang w:eastAsia="ja-JP"/>
          </w:rPr>
          <w:id w:val="1259862673"/>
          <w14:checkbox>
            <w14:checked w14:val="1"/>
            <w14:checkedState w14:val="00FC" w14:font="Wingdings"/>
            <w14:uncheckedState w14:val="2610" w14:font="ＭＳ ゴシック"/>
          </w14:checkbox>
        </w:sdtPr>
        <w:sdtEndPr/>
        <w:sdtContent>
          <w:r w:rsidR="00C224DE">
            <w:rPr>
              <w:rFonts w:ascii="BIZ UD明朝 Medium" w:eastAsia="BIZ UD明朝 Medium" w:hAnsi="BIZ UD明朝 Medium" w:hint="eastAsia"/>
              <w:lang w:eastAsia="ja-JP"/>
            </w:rPr>
            <w:sym w:font="Wingdings" w:char="F0FC"/>
          </w:r>
        </w:sdtContent>
      </w:sdt>
      <w:r w:rsidR="00626E21" w:rsidRPr="00A06C0A">
        <w:rPr>
          <w:rFonts w:ascii="BIZ UD明朝 Medium" w:eastAsia="BIZ UD明朝 Medium" w:hAnsi="BIZ UD明朝 Medium"/>
          <w:lang w:eastAsia="ja-JP"/>
        </w:rPr>
        <w:t>情報発信や事例共有等のため、ご相談・ご承諾をいただいたうえで資料や作品等を活用させていただく場合があります。</w:t>
      </w:r>
    </w:p>
    <w:p w14:paraId="4E129752" w14:textId="77777777" w:rsidR="67D0247B" w:rsidRDefault="67D0247B" w:rsidP="67D0247B">
      <w:pPr>
        <w:spacing w:line="360" w:lineRule="auto"/>
        <w:rPr>
          <w:rFonts w:ascii="BIZ UD明朝 Medium" w:eastAsia="BIZ UD明朝 Medium" w:hAnsi="BIZ UD明朝 Medium"/>
          <w:lang w:eastAsia="ja-JP"/>
        </w:rPr>
      </w:pPr>
    </w:p>
    <w:p w14:paraId="72B17E6F" w14:textId="77777777" w:rsidR="2167D30D" w:rsidRDefault="2167D30D" w:rsidP="67D0247B">
      <w:pPr>
        <w:spacing w:line="360" w:lineRule="auto"/>
        <w:jc w:val="right"/>
        <w:rPr>
          <w:rFonts w:ascii="BIZ UD明朝 Medium" w:eastAsia="BIZ UD明朝 Medium" w:hAnsi="BIZ UD明朝 Medium"/>
          <w:b/>
          <w:bCs/>
          <w:sz w:val="22"/>
          <w:lang w:eastAsia="ja-JP"/>
        </w:rPr>
      </w:pPr>
      <w:r w:rsidRPr="67D0247B">
        <w:rPr>
          <w:rFonts w:ascii="BIZ UD明朝 Medium" w:eastAsia="BIZ UD明朝 Medium" w:hAnsi="BIZ UD明朝 Medium"/>
          <w:b/>
          <w:bCs/>
          <w:sz w:val="20"/>
          <w:szCs w:val="20"/>
          <w:lang w:eastAsia="ja-JP"/>
        </w:rPr>
        <w:t>【事務局・運営委員会記入欄】</w:t>
      </w:r>
    </w:p>
    <w:tbl>
      <w:tblPr>
        <w:tblW w:w="0" w:type="auto"/>
        <w:jc w:val="right"/>
        <w:tblLook w:val="0600" w:firstRow="0" w:lastRow="0" w:firstColumn="0" w:lastColumn="0" w:noHBand="1" w:noVBand="1"/>
      </w:tblPr>
      <w:tblGrid>
        <w:gridCol w:w="2160"/>
        <w:gridCol w:w="2160"/>
        <w:gridCol w:w="2160"/>
      </w:tblGrid>
      <w:tr w:rsidR="67D0247B" w14:paraId="675725B7" w14:textId="77777777" w:rsidTr="67D0247B">
        <w:trPr>
          <w:trHeight w:val="300"/>
          <w:jc w:val="right"/>
        </w:trPr>
        <w:tc>
          <w:tcPr>
            <w:tcW w:w="21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62A17E9D" w14:textId="77777777" w:rsidR="67D0247B" w:rsidRDefault="67D0247B" w:rsidP="67D0247B">
            <w:pPr>
              <w:spacing w:after="0" w:line="360" w:lineRule="auto"/>
              <w:jc w:val="center"/>
              <w:rPr>
                <w:rFonts w:ascii="BIZ UD明朝 Medium" w:eastAsia="BIZ UD明朝 Medium" w:hAnsi="BIZ UD明朝 Medium"/>
                <w:sz w:val="22"/>
              </w:rPr>
            </w:pPr>
            <w:proofErr w:type="spellStart"/>
            <w:r w:rsidRPr="67D0247B">
              <w:rPr>
                <w:rFonts w:ascii="BIZ UD明朝 Medium" w:eastAsia="BIZ UD明朝 Medium" w:hAnsi="BIZ UD明朝 Medium"/>
                <w:b/>
                <w:bCs/>
                <w:sz w:val="20"/>
                <w:szCs w:val="20"/>
              </w:rPr>
              <w:t>受付日</w:t>
            </w:r>
            <w:proofErr w:type="spellEnd"/>
          </w:p>
        </w:tc>
        <w:tc>
          <w:tcPr>
            <w:tcW w:w="21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053905ED" w14:textId="2DA1A810" w:rsidR="67D0247B" w:rsidRDefault="67D0247B" w:rsidP="67D0247B">
            <w:pPr>
              <w:spacing w:after="0" w:line="360" w:lineRule="auto"/>
              <w:jc w:val="center"/>
            </w:pPr>
            <w:proofErr w:type="spellStart"/>
            <w:r w:rsidRPr="67D0247B">
              <w:rPr>
                <w:rFonts w:ascii="BIZ UD明朝 Medium" w:eastAsia="BIZ UD明朝 Medium" w:hAnsi="BIZ UD明朝 Medium"/>
                <w:b/>
                <w:bCs/>
                <w:sz w:val="20"/>
                <w:szCs w:val="20"/>
              </w:rPr>
              <w:t>議決</w:t>
            </w:r>
            <w:proofErr w:type="spellEnd"/>
          </w:p>
        </w:tc>
        <w:tc>
          <w:tcPr>
            <w:tcW w:w="21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1A344E08" w14:textId="77777777" w:rsidR="67D0247B" w:rsidRDefault="67D0247B" w:rsidP="67D0247B">
            <w:pPr>
              <w:spacing w:after="0" w:line="360" w:lineRule="auto"/>
              <w:jc w:val="center"/>
              <w:rPr>
                <w:rFonts w:ascii="BIZ UD明朝 Medium" w:eastAsia="BIZ UD明朝 Medium" w:hAnsi="BIZ UD明朝 Medium"/>
                <w:sz w:val="22"/>
              </w:rPr>
            </w:pPr>
            <w:proofErr w:type="spellStart"/>
            <w:r w:rsidRPr="67D0247B">
              <w:rPr>
                <w:rFonts w:ascii="BIZ UD明朝 Medium" w:eastAsia="BIZ UD明朝 Medium" w:hAnsi="BIZ UD明朝 Medium"/>
                <w:b/>
                <w:bCs/>
                <w:sz w:val="20"/>
                <w:szCs w:val="20"/>
              </w:rPr>
              <w:t>会長承認印</w:t>
            </w:r>
            <w:proofErr w:type="spellEnd"/>
          </w:p>
        </w:tc>
      </w:tr>
      <w:tr w:rsidR="67D0247B" w14:paraId="387CD804" w14:textId="77777777" w:rsidTr="67D0247B">
        <w:trPr>
          <w:trHeight w:val="300"/>
          <w:jc w:val="right"/>
        </w:trPr>
        <w:tc>
          <w:tcPr>
            <w:tcW w:w="21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429F4E46" w14:textId="77777777" w:rsidR="67D0247B" w:rsidRDefault="67D0247B" w:rsidP="67D0247B">
            <w:pPr>
              <w:spacing w:after="0" w:line="360" w:lineRule="auto"/>
              <w:jc w:val="center"/>
              <w:rPr>
                <w:rFonts w:ascii="BIZ UD明朝 Medium" w:eastAsia="BIZ UD明朝 Medium" w:hAnsi="BIZ UD明朝 Medium"/>
              </w:rPr>
            </w:pPr>
            <w:r w:rsidRPr="67D0247B">
              <w:rPr>
                <w:rFonts w:ascii="BIZ UD明朝 Medium" w:eastAsia="BIZ UD明朝 Medium" w:hAnsi="BIZ UD明朝 Medium"/>
                <w:sz w:val="19"/>
                <w:szCs w:val="19"/>
              </w:rPr>
              <w:t>年    月    日</w:t>
            </w:r>
          </w:p>
        </w:tc>
        <w:tc>
          <w:tcPr>
            <w:tcW w:w="21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080CDD11" w14:textId="77777777" w:rsidR="67D0247B" w:rsidRDefault="67D0247B" w:rsidP="67D0247B">
            <w:pPr>
              <w:spacing w:after="0" w:line="360" w:lineRule="auto"/>
              <w:jc w:val="center"/>
              <w:rPr>
                <w:rFonts w:ascii="BIZ UD明朝 Medium" w:eastAsia="BIZ UD明朝 Medium" w:hAnsi="BIZ UD明朝 Medium"/>
              </w:rPr>
            </w:pPr>
            <w:proofErr w:type="spellStart"/>
            <w:r w:rsidRPr="67D0247B">
              <w:rPr>
                <w:rFonts w:ascii="BIZ UD明朝 Medium" w:eastAsia="BIZ UD明朝 Medium" w:hAnsi="BIZ UD明朝 Medium"/>
                <w:sz w:val="19"/>
                <w:szCs w:val="19"/>
              </w:rPr>
              <w:t>承認</w:t>
            </w:r>
            <w:proofErr w:type="spellEnd"/>
            <w:r w:rsidRPr="67D0247B">
              <w:rPr>
                <w:rFonts w:ascii="BIZ UD明朝 Medium" w:eastAsia="BIZ UD明朝 Medium" w:hAnsi="BIZ UD明朝 Medium"/>
                <w:sz w:val="19"/>
                <w:szCs w:val="19"/>
              </w:rPr>
              <w:t xml:space="preserve">  ・  </w:t>
            </w:r>
            <w:proofErr w:type="spellStart"/>
            <w:r w:rsidRPr="67D0247B">
              <w:rPr>
                <w:rFonts w:ascii="BIZ UD明朝 Medium" w:eastAsia="BIZ UD明朝 Medium" w:hAnsi="BIZ UD明朝 Medium"/>
                <w:sz w:val="19"/>
                <w:szCs w:val="19"/>
              </w:rPr>
              <w:t>否認</w:t>
            </w:r>
            <w:proofErr w:type="spellEnd"/>
          </w:p>
        </w:tc>
        <w:tc>
          <w:tcPr>
            <w:tcW w:w="21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Mar>
              <w:top w:w="120" w:type="dxa"/>
              <w:left w:w="150" w:type="dxa"/>
              <w:bottom w:w="120" w:type="dxa"/>
              <w:right w:w="150" w:type="dxa"/>
            </w:tcMar>
            <w:vAlign w:val="center"/>
          </w:tcPr>
          <w:p w14:paraId="661D75E7" w14:textId="77777777" w:rsidR="67D0247B" w:rsidRDefault="67D0247B" w:rsidP="67D0247B">
            <w:pPr>
              <w:spacing w:after="0" w:line="360" w:lineRule="auto"/>
              <w:jc w:val="center"/>
              <w:rPr>
                <w:rFonts w:ascii="BIZ UD明朝 Medium" w:eastAsia="BIZ UD明朝 Medium" w:hAnsi="BIZ UD明朝 Medium"/>
              </w:rPr>
            </w:pPr>
          </w:p>
        </w:tc>
      </w:tr>
    </w:tbl>
    <w:p w14:paraId="2D78DA35" w14:textId="6D25DEF2" w:rsidR="67D0247B" w:rsidRDefault="67D0247B" w:rsidP="67D0247B">
      <w:pPr>
        <w:spacing w:line="360" w:lineRule="auto"/>
        <w:rPr>
          <w:lang w:eastAsia="ja-JP"/>
        </w:rPr>
      </w:pPr>
    </w:p>
    <w:p w14:paraId="7850B5EE" w14:textId="1302CEA2" w:rsidR="67D0247B" w:rsidRDefault="67D0247B" w:rsidP="67D0247B">
      <w:pPr>
        <w:spacing w:line="360" w:lineRule="auto"/>
        <w:jc w:val="right"/>
        <w:rPr>
          <w:rFonts w:ascii="BIZ UD明朝 Medium" w:eastAsia="BIZ UD明朝 Medium" w:hAnsi="BIZ UD明朝 Medium"/>
          <w:sz w:val="20"/>
          <w:szCs w:val="20"/>
        </w:rPr>
      </w:pPr>
    </w:p>
    <w:sectPr w:rsidR="67D0247B" w:rsidSect="00034616">
      <w:pgSz w:w="12240" w:h="15840"/>
      <w:pgMar w:top="1152" w:right="864" w:bottom="115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A6A00" w14:textId="77777777" w:rsidR="00BF2478" w:rsidRDefault="00BF2478" w:rsidP="00BF2478">
      <w:pPr>
        <w:spacing w:after="0" w:line="240" w:lineRule="auto"/>
      </w:pPr>
      <w:r>
        <w:separator/>
      </w:r>
    </w:p>
  </w:endnote>
  <w:endnote w:type="continuationSeparator" w:id="0">
    <w:p w14:paraId="726B4483" w14:textId="77777777" w:rsidR="00BF2478" w:rsidRDefault="00BF2478" w:rsidP="00BF2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495C0" w14:textId="77777777" w:rsidR="00BF2478" w:rsidRDefault="00BF2478" w:rsidP="00BF2478">
      <w:pPr>
        <w:spacing w:after="0" w:line="240" w:lineRule="auto"/>
      </w:pPr>
      <w:r>
        <w:separator/>
      </w:r>
    </w:p>
  </w:footnote>
  <w:footnote w:type="continuationSeparator" w:id="0">
    <w:p w14:paraId="59A17E11" w14:textId="77777777" w:rsidR="00BF2478" w:rsidRDefault="00BF2478" w:rsidP="00BF2478">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L93w3K+r3Sxbss" int2:id="LYuIqmvB">
      <int2:state int2:value="Rejected" int2:type="spell"/>
    </int2:textHash>
    <int2:textHash int2:hashCode="qLt/XSIysO/eV6" int2:id="v6uWlFVC">
      <int2:state int2:value="Rejected" int2:type="spell"/>
    </int2:textHash>
    <int2:textHash int2:hashCode="C1+6bTpUWGT9YW" int2:id="y4SdHhqC">
      <int2:state int2:value="Rejected" int2:type="spell"/>
    </int2:textHash>
    <int2:textHash int2:hashCode="ZaFY4V4yqE+7Wy" int2:id="Draonvb7">
      <int2:state int2:value="Rejected" int2:type="spell"/>
    </int2:textHash>
    <int2:textHash int2:hashCode="o4NkMX45ilhiw3" int2:id="nS9Z0vZY">
      <int2:state int2:value="Rejected" int2:type="spell"/>
    </int2:textHash>
    <int2:textHash int2:hashCode="iDX6heEr0MeVzC" int2:id="pgxtjclS">
      <int2:state int2:value="Rejected" int2:type="spell"/>
    </int2:textHash>
    <int2:textHash int2:hashCode="iTeTtfmqciP7Lv" int2:id="8Fb5lOmE">
      <int2:state int2:value="Rejected" int2:type="spell"/>
    </int2:textHash>
    <int2:textHash int2:hashCode="W34zI7Mf9d0dK7" int2:id="kE3IcOxj">
      <int2:state int2:value="Rejected" int2:type="spell"/>
    </int2:textHash>
    <int2:textHash int2:hashCode="V8hX1Xq+80KdFL" int2:id="i0PtFPa7">
      <int2:state int2:value="Rejected" int2:type="spell"/>
    </int2:textHash>
    <int2:textHash int2:hashCode="I7KscgM0ae36yO" int2:id="bHiR8PGO">
      <int2:state int2:value="Rejected" int2:type="spell"/>
    </int2:textHash>
    <int2:textHash int2:hashCode="rA58UJUGFpRJcz" int2:id="7ib2B8i2">
      <int2:state int2:value="Rejected" int2:type="spell"/>
    </int2:textHash>
    <int2:textHash int2:hashCode="l0fIVMUubx3AqE" int2:id="atQDIdt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574126455">
    <w:abstractNumId w:val="8"/>
  </w:num>
  <w:num w:numId="2" w16cid:durableId="835342570">
    <w:abstractNumId w:val="6"/>
  </w:num>
  <w:num w:numId="3" w16cid:durableId="384455594">
    <w:abstractNumId w:val="5"/>
  </w:num>
  <w:num w:numId="4" w16cid:durableId="1029136885">
    <w:abstractNumId w:val="4"/>
  </w:num>
  <w:num w:numId="5" w16cid:durableId="1671985832">
    <w:abstractNumId w:val="7"/>
  </w:num>
  <w:num w:numId="6" w16cid:durableId="362480970">
    <w:abstractNumId w:val="3"/>
  </w:num>
  <w:num w:numId="7" w16cid:durableId="929002482">
    <w:abstractNumId w:val="2"/>
  </w:num>
  <w:num w:numId="8" w16cid:durableId="1754354643">
    <w:abstractNumId w:val="1"/>
  </w:num>
  <w:num w:numId="9" w16cid:durableId="563175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proofState w:spelling="clean"/>
  <w:defaultTabStop w:val="720"/>
  <w:characterSpacingControl w:val="doNotCompress"/>
  <w:hdrShapeDefaults>
    <o:shapedefaults v:ext="edit" spidmax="16385">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1B23"/>
    <w:rsid w:val="00034616"/>
    <w:rsid w:val="0006063C"/>
    <w:rsid w:val="000779D9"/>
    <w:rsid w:val="000A73D6"/>
    <w:rsid w:val="000C6389"/>
    <w:rsid w:val="0015074B"/>
    <w:rsid w:val="001865A6"/>
    <w:rsid w:val="0029639D"/>
    <w:rsid w:val="002B1AD6"/>
    <w:rsid w:val="00326F90"/>
    <w:rsid w:val="004F100E"/>
    <w:rsid w:val="005223F4"/>
    <w:rsid w:val="005357BB"/>
    <w:rsid w:val="005934D0"/>
    <w:rsid w:val="00626E21"/>
    <w:rsid w:val="0072159C"/>
    <w:rsid w:val="007448E4"/>
    <w:rsid w:val="00824CC5"/>
    <w:rsid w:val="008510CF"/>
    <w:rsid w:val="00863E29"/>
    <w:rsid w:val="008E768D"/>
    <w:rsid w:val="008F2FE4"/>
    <w:rsid w:val="00A06C0A"/>
    <w:rsid w:val="00A5352D"/>
    <w:rsid w:val="00AA1D8D"/>
    <w:rsid w:val="00AF3D34"/>
    <w:rsid w:val="00B47730"/>
    <w:rsid w:val="00BF2478"/>
    <w:rsid w:val="00C224DE"/>
    <w:rsid w:val="00CB0664"/>
    <w:rsid w:val="00D04162"/>
    <w:rsid w:val="00DB46D1"/>
    <w:rsid w:val="00E21AEE"/>
    <w:rsid w:val="00ED4DC8"/>
    <w:rsid w:val="00F16227"/>
    <w:rsid w:val="00FC693F"/>
    <w:rsid w:val="00FE0D3C"/>
    <w:rsid w:val="061932E4"/>
    <w:rsid w:val="061A0724"/>
    <w:rsid w:val="077EBE87"/>
    <w:rsid w:val="086E9274"/>
    <w:rsid w:val="0BE209A4"/>
    <w:rsid w:val="0E0D9C1F"/>
    <w:rsid w:val="0FC945BF"/>
    <w:rsid w:val="10A7342E"/>
    <w:rsid w:val="11332396"/>
    <w:rsid w:val="12EAA44B"/>
    <w:rsid w:val="1370262A"/>
    <w:rsid w:val="13BB58F1"/>
    <w:rsid w:val="14ED2721"/>
    <w:rsid w:val="14FFF654"/>
    <w:rsid w:val="15D8EBA7"/>
    <w:rsid w:val="16440D3F"/>
    <w:rsid w:val="17259084"/>
    <w:rsid w:val="172D0D45"/>
    <w:rsid w:val="1AC40503"/>
    <w:rsid w:val="1CA4B3A4"/>
    <w:rsid w:val="1D6C18DB"/>
    <w:rsid w:val="1D70FD17"/>
    <w:rsid w:val="1DFE71EA"/>
    <w:rsid w:val="207DA518"/>
    <w:rsid w:val="2167D30D"/>
    <w:rsid w:val="267A1CC7"/>
    <w:rsid w:val="2B95C6ED"/>
    <w:rsid w:val="2BA501D7"/>
    <w:rsid w:val="339A2E38"/>
    <w:rsid w:val="34D2548F"/>
    <w:rsid w:val="37637DAC"/>
    <w:rsid w:val="3B37BE78"/>
    <w:rsid w:val="3BF0ABF6"/>
    <w:rsid w:val="3E7EA08F"/>
    <w:rsid w:val="4185241B"/>
    <w:rsid w:val="43759848"/>
    <w:rsid w:val="449B8765"/>
    <w:rsid w:val="44F27C1F"/>
    <w:rsid w:val="450FC132"/>
    <w:rsid w:val="46099712"/>
    <w:rsid w:val="471D9B72"/>
    <w:rsid w:val="475DB78F"/>
    <w:rsid w:val="47E2B8F4"/>
    <w:rsid w:val="493A4789"/>
    <w:rsid w:val="49F3D4A0"/>
    <w:rsid w:val="4B220BF0"/>
    <w:rsid w:val="4B2EA049"/>
    <w:rsid w:val="4B7DE18F"/>
    <w:rsid w:val="4DB796D7"/>
    <w:rsid w:val="4F28B995"/>
    <w:rsid w:val="51F78182"/>
    <w:rsid w:val="5381D46E"/>
    <w:rsid w:val="57DD659B"/>
    <w:rsid w:val="5B90D405"/>
    <w:rsid w:val="5BC71C0F"/>
    <w:rsid w:val="5DD36DD5"/>
    <w:rsid w:val="5FDE97BA"/>
    <w:rsid w:val="62C06FC8"/>
    <w:rsid w:val="63CC0150"/>
    <w:rsid w:val="6663F1A3"/>
    <w:rsid w:val="667E901E"/>
    <w:rsid w:val="67D0247B"/>
    <w:rsid w:val="68D7B3B2"/>
    <w:rsid w:val="6A0EAEBC"/>
    <w:rsid w:val="6B33CBAA"/>
    <w:rsid w:val="712506CA"/>
    <w:rsid w:val="716BB014"/>
    <w:rsid w:val="721C1FAB"/>
    <w:rsid w:val="736729B7"/>
    <w:rsid w:val="785603B9"/>
    <w:rsid w:val="79C10B03"/>
    <w:rsid w:val="7A43E0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v:textbox inset="5.85pt,.7pt,5.85pt,.7pt"/>
    </o:shapedefaults>
    <o:shapelayout v:ext="edit">
      <o:idmap v:ext="edit" data="1"/>
    </o:shapelayout>
  </w:shapeDefaults>
  <w:decimalSymbol w:val="."/>
  <w:listSeparator w:val=","/>
  <w14:docId w14:val="49841211"/>
  <w14:defaultImageDpi w14:val="330"/>
  <w15:docId w15:val="{28567553-27E7-4290-9131-1F0716B3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224DE"/>
    <w:rPr>
      <w:rFonts w:ascii="メイリオ" w:hAnsi="メイリオ"/>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80e29f-c480-48b4-989e-b1858944c548">
      <Terms xmlns="http://schemas.microsoft.com/office/infopath/2007/PartnerControls"/>
    </lcf76f155ced4ddcb4097134ff3c332f>
    <TaxCatchAll xmlns="df86c113-a4fb-4d96-b72b-ff37ad901ad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16DE45002A25540BC274AD8333B0FE3" ma:contentTypeVersion="10" ma:contentTypeDescription="新しいドキュメントを作成します。" ma:contentTypeScope="" ma:versionID="97596e27d46629af0eb9f7000093301e">
  <xsd:schema xmlns:xsd="http://www.w3.org/2001/XMLSchema" xmlns:xs="http://www.w3.org/2001/XMLSchema" xmlns:p="http://schemas.microsoft.com/office/2006/metadata/properties" xmlns:ns2="9c80e29f-c480-48b4-989e-b1858944c548" xmlns:ns3="df86c113-a4fb-4d96-b72b-ff37ad901adf" targetNamespace="http://schemas.microsoft.com/office/2006/metadata/properties" ma:root="true" ma:fieldsID="8eade6f489d822463a8b39a660cfb9ca" ns2:_="" ns3:_="">
    <xsd:import namespace="9c80e29f-c480-48b4-989e-b1858944c548"/>
    <xsd:import namespace="df86c113-a4fb-4d96-b72b-ff37ad901a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0e29f-c480-48b4-989e-b1858944c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a3bf00e-22ca-4905-8ca4-2093e5c7e8c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86c113-a4fb-4d96-b72b-ff37ad901a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8d2965-d692-4450-81e0-e5cf072151ad}" ma:internalName="TaxCatchAll" ma:showField="CatchAllData" ma:web="df86c113-a4fb-4d96-b72b-ff37ad901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9D0E2C-7160-4782-ACDC-ECDD14FB22D9}">
  <ds:schemaRefs>
    <ds:schemaRef ds:uri="http://schemas.microsoft.com/office/2006/metadata/properties"/>
    <ds:schemaRef ds:uri="http://schemas.microsoft.com/office/infopath/2007/PartnerControls"/>
    <ds:schemaRef ds:uri="9c80e29f-c480-48b4-989e-b1858944c548"/>
    <ds:schemaRef ds:uri="df86c113-a4fb-4d96-b72b-ff37ad901adf"/>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E28CEAC1-2805-4A7C-A5A8-7C96F57C6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0e29f-c480-48b4-989e-b1858944c548"/>
    <ds:schemaRef ds:uri="df86c113-a4fb-4d96-b72b-ff37ad901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8D8584-54B6-458E-A8CC-263D0FD5FB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Pages>
  <Words>149</Words>
  <Characters>852</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1000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小笠原　愛美</cp:lastModifiedBy>
  <cp:revision>17</cp:revision>
  <cp:lastPrinted>2026-07-03T03:50:00Z</cp:lastPrinted>
  <dcterms:created xsi:type="dcterms:W3CDTF">2013-12-23T23:15:00Z</dcterms:created>
  <dcterms:modified xsi:type="dcterms:W3CDTF">2026-09-07T07:06:00Z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0x010100F16DE45002A25540BC274AD8333B0FE3</vt:lpwstr>
  </property>
</Properties>
</file>