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AA824A" w14:textId="0D5E6F32" w:rsidR="00E21AEE" w:rsidRPr="00E21AEE" w:rsidRDefault="471D9B72" w:rsidP="67D0247B">
      <w:pPr>
        <w:spacing w:line="360" w:lineRule="auto"/>
        <w:jc w:val="right"/>
        <w:rPr>
          <w:rFonts w:ascii="BIZ UD明朝 Medium" w:eastAsia="BIZ UD明朝 Medium" w:hAnsi="BIZ UD明朝 Medium"/>
        </w:rPr>
      </w:pPr>
      <w:r w:rsidRPr="67D0247B">
        <w:rPr>
          <w:rFonts w:ascii="BIZ UD明朝 Medium" w:eastAsia="BIZ UD明朝 Medium" w:hAnsi="BIZ UD明朝 Medium"/>
          <w:sz w:val="20"/>
          <w:szCs w:val="20"/>
        </w:rPr>
        <w:t>（</w:t>
      </w:r>
      <w:proofErr w:type="spellStart"/>
      <w:r w:rsidRPr="67D0247B">
        <w:rPr>
          <w:rFonts w:ascii="BIZ UD明朝 Medium" w:eastAsia="BIZ UD明朝 Medium" w:hAnsi="BIZ UD明朝 Medium"/>
          <w:sz w:val="20"/>
          <w:szCs w:val="20"/>
        </w:rPr>
        <w:t>様式第</w:t>
      </w:r>
      <w:proofErr w:type="spellEnd"/>
      <w:r w:rsidR="00B021C5">
        <w:rPr>
          <w:rFonts w:ascii="BIZ UD明朝 Medium" w:eastAsia="BIZ UD明朝 Medium" w:hAnsi="BIZ UD明朝 Medium" w:hint="eastAsia"/>
          <w:sz w:val="20"/>
          <w:szCs w:val="20"/>
          <w:lang w:eastAsia="ja-JP"/>
        </w:rPr>
        <w:t>２</w:t>
      </w:r>
      <w:r w:rsidRPr="67D0247B">
        <w:rPr>
          <w:rFonts w:ascii="BIZ UD明朝 Medium" w:eastAsia="BIZ UD明朝 Medium" w:hAnsi="BIZ UD明朝 Medium"/>
          <w:sz w:val="20"/>
          <w:szCs w:val="20"/>
        </w:rPr>
        <w:t>号）</w:t>
      </w:r>
      <w:r w:rsidR="00E21AEE">
        <w:br/>
      </w:r>
      <w:r w:rsidRPr="67D0247B">
        <w:rPr>
          <w:rFonts w:ascii="BIZ UD明朝 Medium" w:eastAsia="BIZ UD明朝 Medium" w:hAnsi="BIZ UD明朝 Medium"/>
          <w:sz w:val="20"/>
          <w:szCs w:val="20"/>
        </w:rPr>
        <w:t xml:space="preserve">      年      月      日</w:t>
      </w:r>
    </w:p>
    <w:p w14:paraId="1291D835" w14:textId="1C004778" w:rsidR="00E21AEE" w:rsidRPr="001643CA" w:rsidRDefault="00B021C5" w:rsidP="001643CA">
      <w:pPr>
        <w:spacing w:line="360" w:lineRule="auto"/>
        <w:jc w:val="center"/>
        <w:rPr>
          <w:rFonts w:ascii="BIZ UD明朝 Medium" w:eastAsia="BIZ UD明朝 Medium" w:hAnsi="BIZ UD明朝 Medium"/>
          <w:sz w:val="16"/>
          <w:szCs w:val="16"/>
          <w:lang w:eastAsia="ja-JP"/>
        </w:rPr>
      </w:pPr>
      <w:r>
        <w:rPr>
          <w:rFonts w:ascii="BIZ UD明朝 Medium" w:eastAsia="BIZ UD明朝 Medium" w:hAnsi="BIZ UD明朝 Medium" w:hint="eastAsia"/>
          <w:b/>
          <w:bCs/>
          <w:sz w:val="28"/>
          <w:szCs w:val="28"/>
          <w:lang w:eastAsia="ja-JP"/>
        </w:rPr>
        <w:t>活動報告</w:t>
      </w:r>
      <w:r w:rsidR="471D9B72" w:rsidRPr="67D0247B">
        <w:rPr>
          <w:rFonts w:ascii="BIZ UD明朝 Medium" w:eastAsia="BIZ UD明朝 Medium" w:hAnsi="BIZ UD明朝 Medium"/>
          <w:b/>
          <w:bCs/>
          <w:sz w:val="28"/>
          <w:szCs w:val="28"/>
          <w:lang w:eastAsia="ja-JP"/>
        </w:rPr>
        <w:t>書</w:t>
      </w:r>
    </w:p>
    <w:tbl>
      <w:tblPr>
        <w:tblW w:w="0" w:type="auto"/>
        <w:jc w:val="right"/>
        <w:tblLook w:val="0600" w:firstRow="0" w:lastRow="0" w:firstColumn="0" w:lastColumn="0" w:noHBand="1" w:noVBand="1"/>
      </w:tblPr>
      <w:tblGrid>
        <w:gridCol w:w="1981"/>
        <w:gridCol w:w="2752"/>
      </w:tblGrid>
      <w:tr w:rsidR="00CB381D" w:rsidRPr="00E21AEE" w14:paraId="2132CA20" w14:textId="77777777" w:rsidTr="00CB381D">
        <w:trPr>
          <w:trHeight w:val="620"/>
          <w:jc w:val="right"/>
        </w:trPr>
        <w:tc>
          <w:tcPr>
            <w:tcW w:w="1981" w:type="dxa"/>
            <w:tcBorders>
              <w:top w:val="none" w:sz="4" w:space="0" w:color="D9D9D9" w:themeColor="background1" w:themeShade="D9"/>
              <w:left w:val="none" w:sz="4" w:space="0" w:color="D9D9D9" w:themeColor="background1" w:themeShade="D9"/>
              <w:bottom w:val="none" w:sz="4" w:space="0" w:color="D9D9D9" w:themeColor="background1" w:themeShade="D9"/>
            </w:tcBorders>
            <w:vAlign w:val="center"/>
          </w:tcPr>
          <w:p w14:paraId="00201BC3" w14:textId="7CFDB2B8" w:rsidR="00CB381D" w:rsidRPr="00BF2478" w:rsidRDefault="00CB381D" w:rsidP="00CB381D">
            <w:pPr>
              <w:jc w:val="both"/>
              <w:rPr>
                <w:rFonts w:ascii="BIZ UDP明朝 Medium" w:eastAsia="BIZ UDP明朝 Medium" w:hAnsi="BIZ UDP明朝 Medium"/>
              </w:rPr>
            </w:pPr>
            <w:r>
              <w:rPr>
                <w:rFonts w:ascii="BIZ UDP明朝 Medium" w:eastAsia="BIZ UDP明朝 Medium" w:hAnsi="BIZ UDP明朝 Medium" w:hint="eastAsia"/>
                <w:lang w:eastAsia="ja-JP"/>
              </w:rPr>
              <w:t>部会名</w:t>
            </w:r>
            <w:r w:rsidRPr="00BF2478">
              <w:rPr>
                <w:rFonts w:ascii="BIZ UDP明朝 Medium" w:eastAsia="BIZ UDP明朝 Medium" w:hAnsi="BIZ UDP明朝 Medium"/>
              </w:rPr>
              <w:t>：</w:t>
            </w:r>
          </w:p>
        </w:tc>
        <w:tc>
          <w:tcPr>
            <w:tcW w:w="2752" w:type="dxa"/>
            <w:tcBorders>
              <w:bottom w:val="single" w:sz="4" w:space="0" w:color="auto"/>
            </w:tcBorders>
            <w:vAlign w:val="center"/>
          </w:tcPr>
          <w:p w14:paraId="6AD5A549" w14:textId="6B9CB813" w:rsidR="00CB381D" w:rsidRPr="00BF2478" w:rsidRDefault="00CB381D" w:rsidP="00CB381D">
            <w:pPr>
              <w:jc w:val="both"/>
              <w:rPr>
                <w:rFonts w:ascii="BIZ UDP明朝 Medium" w:eastAsia="BIZ UDP明朝 Medium" w:hAnsi="BIZ UDP明朝 Medium"/>
              </w:rPr>
            </w:pPr>
          </w:p>
        </w:tc>
      </w:tr>
      <w:tr w:rsidR="001643CA" w:rsidRPr="00E21AEE" w14:paraId="5CBF9F15" w14:textId="77777777" w:rsidTr="00CB381D">
        <w:trPr>
          <w:trHeight w:val="615"/>
          <w:jc w:val="right"/>
        </w:trPr>
        <w:tc>
          <w:tcPr>
            <w:tcW w:w="1981" w:type="dxa"/>
            <w:tcBorders>
              <w:top w:val="none" w:sz="4" w:space="0" w:color="D9D9D9" w:themeColor="background1" w:themeShade="D9"/>
              <w:left w:val="none" w:sz="4" w:space="0" w:color="D9D9D9" w:themeColor="background1" w:themeShade="D9"/>
              <w:bottom w:val="none" w:sz="4" w:space="0" w:color="D9D9D9" w:themeColor="background1" w:themeShade="D9"/>
              <w:right w:val="none" w:sz="4" w:space="0" w:color="D9D9D9" w:themeColor="background1" w:themeShade="D9"/>
            </w:tcBorders>
            <w:vAlign w:val="center"/>
          </w:tcPr>
          <w:p w14:paraId="57D3D1EA" w14:textId="6ADCAC7A" w:rsidR="001643CA" w:rsidRDefault="001643CA" w:rsidP="00BF2478">
            <w:pPr>
              <w:jc w:val="both"/>
              <w:rPr>
                <w:rFonts w:ascii="BIZ UDP明朝 Medium" w:eastAsia="BIZ UDP明朝 Medium" w:hAnsi="BIZ UDP明朝 Medium"/>
                <w:lang w:eastAsia="ja-JP"/>
              </w:rPr>
            </w:pPr>
            <w:r>
              <w:rPr>
                <w:rFonts w:ascii="BIZ UDP明朝 Medium" w:eastAsia="BIZ UDP明朝 Medium" w:hAnsi="BIZ UDP明朝 Medium" w:hint="eastAsia"/>
                <w:lang w:eastAsia="ja-JP"/>
              </w:rPr>
              <w:t>作成者：</w:t>
            </w:r>
          </w:p>
        </w:tc>
        <w:tc>
          <w:tcPr>
            <w:tcW w:w="2752" w:type="dxa"/>
            <w:tcBorders>
              <w:top w:val="single" w:sz="4" w:space="0" w:color="auto"/>
              <w:left w:val="none" w:sz="4" w:space="0" w:color="D9D9D9" w:themeColor="background1" w:themeShade="D9"/>
              <w:bottom w:val="single" w:sz="4" w:space="0" w:color="595959" w:themeColor="text1" w:themeTint="A6"/>
              <w:right w:val="none" w:sz="4" w:space="0" w:color="D9D9D9" w:themeColor="background1" w:themeShade="D9"/>
            </w:tcBorders>
            <w:vAlign w:val="center"/>
          </w:tcPr>
          <w:p w14:paraId="7428CFFA" w14:textId="77777777" w:rsidR="001643CA" w:rsidRPr="00BF2478" w:rsidRDefault="001643CA" w:rsidP="00BF2478">
            <w:pPr>
              <w:jc w:val="both"/>
              <w:rPr>
                <w:rFonts w:ascii="BIZ UDP明朝 Medium" w:eastAsia="BIZ UDP明朝 Medium" w:hAnsi="BIZ UDP明朝 Medium"/>
              </w:rPr>
            </w:pPr>
          </w:p>
        </w:tc>
      </w:tr>
    </w:tbl>
    <w:p w14:paraId="3AE8286E" w14:textId="12E2B5FB" w:rsidR="00171A25" w:rsidRDefault="00171A25" w:rsidP="67D0247B">
      <w:pPr>
        <w:spacing w:line="360" w:lineRule="auto"/>
        <w:rPr>
          <w:rFonts w:ascii="BIZ UD明朝 Medium" w:eastAsia="BIZ UD明朝 Medium" w:hAnsi="BIZ UD明朝 Medium"/>
          <w:lang w:eastAsia="ja-JP"/>
        </w:rPr>
      </w:pPr>
    </w:p>
    <w:p w14:paraId="232462FD" w14:textId="124AD88E" w:rsidR="0068743C" w:rsidRPr="00E21AEE" w:rsidRDefault="00171A25" w:rsidP="67D0247B">
      <w:pPr>
        <w:spacing w:line="360" w:lineRule="auto"/>
        <w:rPr>
          <w:lang w:eastAsia="ja-JP"/>
        </w:rPr>
      </w:pPr>
      <w:r w:rsidRPr="00171A25">
        <w:rPr>
          <w:rFonts w:ascii="BIZ UD明朝 Medium" w:eastAsia="BIZ UD明朝 Medium" w:hAnsi="BIZ UD明朝 Medium"/>
          <w:lang w:eastAsia="ja-JP"/>
        </w:rPr>
        <w:t>仙台市地域生物多様性増進活動支援センター規約第</w:t>
      </w:r>
      <w:r w:rsidR="00C120C8">
        <w:rPr>
          <w:rFonts w:ascii="BIZ UD明朝 Medium" w:eastAsia="BIZ UD明朝 Medium" w:hAnsi="BIZ UD明朝 Medium" w:hint="eastAsia"/>
          <w:lang w:eastAsia="ja-JP"/>
        </w:rPr>
        <w:t>７</w:t>
      </w:r>
      <w:r w:rsidRPr="00171A25">
        <w:rPr>
          <w:rFonts w:ascii="BIZ UD明朝 Medium" w:eastAsia="BIZ UD明朝 Medium" w:hAnsi="BIZ UD明朝 Medium"/>
          <w:lang w:eastAsia="ja-JP"/>
        </w:rPr>
        <w:t>条</w:t>
      </w:r>
      <w:r w:rsidR="000A227D">
        <w:rPr>
          <w:rFonts w:ascii="BIZ UD明朝 Medium" w:eastAsia="BIZ UD明朝 Medium" w:hAnsi="BIZ UD明朝 Medium" w:hint="eastAsia"/>
          <w:lang w:eastAsia="ja-JP"/>
        </w:rPr>
        <w:t>第６項</w:t>
      </w:r>
      <w:r w:rsidRPr="00171A25">
        <w:rPr>
          <w:rFonts w:ascii="BIZ UD明朝 Medium" w:eastAsia="BIZ UD明朝 Medium" w:hAnsi="BIZ UD明朝 Medium"/>
          <w:lang w:eastAsia="ja-JP"/>
        </w:rPr>
        <w:t>の規定に基づき、</w:t>
      </w:r>
      <w:r w:rsidR="00220D80" w:rsidRPr="00CB381D">
        <w:rPr>
          <w:rFonts w:ascii="BIZ UD明朝 Medium" w:eastAsia="BIZ UD明朝 Medium" w:hAnsi="BIZ UD明朝 Medium" w:hint="eastAsia"/>
          <w:u w:val="single"/>
          <w:lang w:eastAsia="ja-JP"/>
        </w:rPr>
        <w:t xml:space="preserve">　　</w:t>
      </w:r>
      <w:r w:rsidRPr="00171A25">
        <w:rPr>
          <w:rFonts w:ascii="BIZ UD明朝 Medium" w:eastAsia="BIZ UD明朝 Medium" w:hAnsi="BIZ UD明朝 Medium"/>
          <w:lang w:eastAsia="ja-JP"/>
        </w:rPr>
        <w:t>年度分の活動報告書を提出します。</w:t>
      </w:r>
    </w:p>
    <w:p w14:paraId="4C04E68D" w14:textId="2966865A" w:rsidR="2449A902" w:rsidRDefault="2449A902" w:rsidP="2449A902">
      <w:pPr>
        <w:spacing w:line="360" w:lineRule="auto"/>
        <w:rPr>
          <w:rFonts w:ascii="BIZ UD明朝 Medium" w:eastAsia="BIZ UD明朝 Medium" w:hAnsi="BIZ UD明朝 Medium"/>
          <w:lang w:eastAsia="ja-JP"/>
        </w:rPr>
      </w:pPr>
    </w:p>
    <w:p w14:paraId="7763D34F" w14:textId="1E13AA79" w:rsidR="00E21AEE" w:rsidRPr="00E21AEE" w:rsidRDefault="471D9B72" w:rsidP="67D0247B">
      <w:pPr>
        <w:spacing w:line="360" w:lineRule="auto"/>
        <w:rPr>
          <w:rFonts w:ascii="BIZ UD明朝 Medium" w:eastAsia="BIZ UD明朝 Medium" w:hAnsi="BIZ UD明朝 Medium"/>
          <w:lang w:eastAsia="ja-JP"/>
        </w:rPr>
      </w:pPr>
      <w:r w:rsidRPr="67D0247B">
        <w:rPr>
          <w:rFonts w:ascii="BIZ UD明朝 Medium" w:eastAsia="BIZ UD明朝 Medium" w:hAnsi="BIZ UD明朝 Medium"/>
          <w:b/>
          <w:bCs/>
          <w:sz w:val="24"/>
          <w:szCs w:val="24"/>
          <w:lang w:eastAsia="ja-JP"/>
        </w:rPr>
        <w:t>１．</w:t>
      </w:r>
      <w:r w:rsidR="001643CA">
        <w:rPr>
          <w:rFonts w:ascii="BIZ UD明朝 Medium" w:eastAsia="BIZ UD明朝 Medium" w:hAnsi="BIZ UD明朝 Medium" w:hint="eastAsia"/>
          <w:b/>
          <w:bCs/>
          <w:sz w:val="24"/>
          <w:szCs w:val="24"/>
          <w:lang w:eastAsia="ja-JP"/>
        </w:rPr>
        <w:t>活動報告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405"/>
        <w:gridCol w:w="2268"/>
        <w:gridCol w:w="7088"/>
        <w:gridCol w:w="3033"/>
      </w:tblGrid>
      <w:tr w:rsidR="00C120C8" w:rsidRPr="00E21AEE" w14:paraId="4EA99BF5" w14:textId="2B8E053B" w:rsidTr="006F6790">
        <w:trPr>
          <w:trHeight w:val="234"/>
          <w:jc w:val="center"/>
        </w:trPr>
        <w:tc>
          <w:tcPr>
            <w:tcW w:w="1405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tcMar>
              <w:top w:w="140" w:type="dxa"/>
              <w:left w:w="150" w:type="dxa"/>
              <w:bottom w:w="140" w:type="dxa"/>
              <w:right w:w="150" w:type="dxa"/>
            </w:tcMar>
            <w:vAlign w:val="center"/>
          </w:tcPr>
          <w:p w14:paraId="4BAE6540" w14:textId="42DE9FD1" w:rsidR="00C120C8" w:rsidRPr="001643CA" w:rsidRDefault="00C120C8" w:rsidP="006F6790">
            <w:pPr>
              <w:spacing w:after="0" w:line="360" w:lineRule="auto"/>
              <w:jc w:val="center"/>
              <w:rPr>
                <w:rFonts w:ascii="BIZ UD明朝 Medium" w:eastAsia="BIZ UD明朝 Medium" w:hAnsi="BIZ UD明朝 Medium"/>
                <w:b/>
                <w:bCs/>
                <w:lang w:eastAsia="ja-JP"/>
              </w:rPr>
            </w:pPr>
            <w:r>
              <w:rPr>
                <w:rFonts w:ascii="BIZ UD明朝 Medium" w:eastAsia="BIZ UD明朝 Medium" w:hAnsi="BIZ UD明朝 Medium" w:hint="eastAsia"/>
                <w:b/>
                <w:bCs/>
                <w:lang w:eastAsia="ja-JP"/>
              </w:rPr>
              <w:t>No.</w:t>
            </w:r>
          </w:p>
        </w:tc>
        <w:tc>
          <w:tcPr>
            <w:tcW w:w="2268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tcMar>
              <w:top w:w="140" w:type="dxa"/>
              <w:left w:w="150" w:type="dxa"/>
              <w:bottom w:w="140" w:type="dxa"/>
              <w:right w:w="150" w:type="dxa"/>
            </w:tcMar>
            <w:vAlign w:val="center"/>
          </w:tcPr>
          <w:p w14:paraId="7C6F2349" w14:textId="0E96EF05" w:rsidR="00C120C8" w:rsidRPr="00E21AEE" w:rsidRDefault="00C120C8" w:rsidP="006F6790">
            <w:pPr>
              <w:spacing w:after="0" w:line="360" w:lineRule="auto"/>
              <w:jc w:val="both"/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  <w:lang w:eastAsia="ja-JP"/>
              </w:rPr>
              <w:t>活動日時</w:t>
            </w:r>
          </w:p>
        </w:tc>
        <w:tc>
          <w:tcPr>
            <w:tcW w:w="7088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026B6A99" w14:textId="3DB29E4F" w:rsidR="00C120C8" w:rsidRPr="00E21AEE" w:rsidRDefault="00A71E53" w:rsidP="006F6790">
            <w:pPr>
              <w:spacing w:after="0" w:line="360" w:lineRule="auto"/>
              <w:jc w:val="both"/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  <w:lang w:eastAsia="ja-JP"/>
              </w:rPr>
              <w:t>活動概要</w:t>
            </w:r>
          </w:p>
        </w:tc>
        <w:tc>
          <w:tcPr>
            <w:tcW w:w="30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6DE531F7" w14:textId="620E53D3" w:rsidR="00C120C8" w:rsidRPr="00E21AEE" w:rsidRDefault="00E761F7" w:rsidP="006F6790">
            <w:pPr>
              <w:spacing w:after="0" w:line="360" w:lineRule="auto"/>
              <w:jc w:val="both"/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  <w:lang w:eastAsia="ja-JP"/>
              </w:rPr>
              <w:t>参加</w:t>
            </w:r>
            <w:r w:rsidR="00A71E53">
              <w:rPr>
                <w:rFonts w:ascii="BIZ UD明朝 Medium" w:eastAsia="BIZ UD明朝 Medium" w:hAnsi="BIZ UD明朝 Medium" w:hint="eastAsia"/>
                <w:lang w:eastAsia="ja-JP"/>
              </w:rPr>
              <w:t>人数</w:t>
            </w:r>
          </w:p>
        </w:tc>
      </w:tr>
      <w:tr w:rsidR="00C120C8" w:rsidRPr="00E21AEE" w14:paraId="2AC0AE29" w14:textId="2C2C738B" w:rsidTr="006F6790">
        <w:trPr>
          <w:trHeight w:val="1493"/>
          <w:jc w:val="center"/>
        </w:trPr>
        <w:tc>
          <w:tcPr>
            <w:tcW w:w="1405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tcMar>
              <w:top w:w="140" w:type="dxa"/>
              <w:left w:w="150" w:type="dxa"/>
              <w:bottom w:w="140" w:type="dxa"/>
              <w:right w:w="150" w:type="dxa"/>
            </w:tcMar>
            <w:vAlign w:val="center"/>
          </w:tcPr>
          <w:p w14:paraId="5BD0EA55" w14:textId="605C5688" w:rsidR="00C120C8" w:rsidRPr="001643CA" w:rsidRDefault="00C120C8" w:rsidP="006F6790">
            <w:pPr>
              <w:spacing w:after="0" w:line="360" w:lineRule="auto"/>
              <w:jc w:val="center"/>
              <w:rPr>
                <w:rFonts w:ascii="BIZ UD明朝 Medium" w:eastAsia="BIZ UD明朝 Medium" w:hAnsi="BIZ UD明朝 Medium"/>
                <w:b/>
                <w:bCs/>
                <w:lang w:eastAsia="ja-JP"/>
              </w:rPr>
            </w:pPr>
          </w:p>
        </w:tc>
        <w:tc>
          <w:tcPr>
            <w:tcW w:w="2268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tcMar>
              <w:top w:w="140" w:type="dxa"/>
              <w:left w:w="150" w:type="dxa"/>
              <w:bottom w:w="140" w:type="dxa"/>
              <w:right w:w="150" w:type="dxa"/>
            </w:tcMar>
            <w:vAlign w:val="center"/>
          </w:tcPr>
          <w:p w14:paraId="1D7E2852" w14:textId="77777777" w:rsidR="00C120C8" w:rsidRDefault="00C120C8" w:rsidP="67D0247B">
            <w:pPr>
              <w:spacing w:after="0" w:line="360" w:lineRule="auto"/>
              <w:rPr>
                <w:rFonts w:ascii="BIZ UD明朝 Medium" w:eastAsia="BIZ UD明朝 Medium" w:hAnsi="BIZ UD明朝 Medium"/>
                <w:lang w:eastAsia="ja-JP"/>
              </w:rPr>
            </w:pPr>
          </w:p>
          <w:p w14:paraId="78BAA108" w14:textId="03EEFC22" w:rsidR="00C120C8" w:rsidRPr="00E21AEE" w:rsidRDefault="00C120C8" w:rsidP="67D0247B">
            <w:pPr>
              <w:spacing w:after="0" w:line="360" w:lineRule="auto"/>
              <w:rPr>
                <w:rFonts w:ascii="BIZ UD明朝 Medium" w:eastAsia="BIZ UD明朝 Medium" w:hAnsi="BIZ UD明朝 Medium"/>
                <w:lang w:eastAsia="ja-JP"/>
              </w:rPr>
            </w:pPr>
          </w:p>
        </w:tc>
        <w:tc>
          <w:tcPr>
            <w:tcW w:w="7088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40595DF5" w14:textId="77777777" w:rsidR="00C120C8" w:rsidRDefault="00C120C8" w:rsidP="67D0247B">
            <w:pPr>
              <w:spacing w:after="0" w:line="360" w:lineRule="auto"/>
              <w:rPr>
                <w:rFonts w:ascii="BIZ UD明朝 Medium" w:eastAsia="BIZ UD明朝 Medium" w:hAnsi="BIZ UD明朝 Medium"/>
                <w:lang w:eastAsia="ja-JP"/>
              </w:rPr>
            </w:pPr>
          </w:p>
        </w:tc>
        <w:tc>
          <w:tcPr>
            <w:tcW w:w="30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3F765E44" w14:textId="77777777" w:rsidR="00C120C8" w:rsidRDefault="00C120C8" w:rsidP="67D0247B">
            <w:pPr>
              <w:spacing w:after="0" w:line="360" w:lineRule="auto"/>
              <w:rPr>
                <w:rFonts w:ascii="BIZ UD明朝 Medium" w:eastAsia="BIZ UD明朝 Medium" w:hAnsi="BIZ UD明朝 Medium"/>
                <w:lang w:eastAsia="ja-JP"/>
              </w:rPr>
            </w:pPr>
          </w:p>
        </w:tc>
      </w:tr>
      <w:tr w:rsidR="00C120C8" w:rsidRPr="00E21AEE" w14:paraId="4520D0C4" w14:textId="794C38C7" w:rsidTr="006F6790">
        <w:trPr>
          <w:trHeight w:val="1884"/>
          <w:jc w:val="center"/>
        </w:trPr>
        <w:tc>
          <w:tcPr>
            <w:tcW w:w="1405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tcMar>
              <w:top w:w="140" w:type="dxa"/>
              <w:left w:w="150" w:type="dxa"/>
              <w:bottom w:w="140" w:type="dxa"/>
              <w:right w:w="150" w:type="dxa"/>
            </w:tcMar>
            <w:vAlign w:val="center"/>
          </w:tcPr>
          <w:p w14:paraId="3CE63748" w14:textId="079E1B89" w:rsidR="00C120C8" w:rsidRPr="00E21AEE" w:rsidRDefault="00C120C8" w:rsidP="006F6790">
            <w:pPr>
              <w:spacing w:after="0" w:line="360" w:lineRule="auto"/>
              <w:jc w:val="center"/>
              <w:rPr>
                <w:rFonts w:ascii="BIZ UD明朝 Medium" w:eastAsia="BIZ UD明朝 Medium" w:hAnsi="BIZ UD明朝 Medium"/>
                <w:lang w:eastAsia="ja-JP"/>
              </w:rPr>
            </w:pPr>
          </w:p>
        </w:tc>
        <w:tc>
          <w:tcPr>
            <w:tcW w:w="2268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tcMar>
              <w:top w:w="140" w:type="dxa"/>
              <w:left w:w="150" w:type="dxa"/>
              <w:bottom w:w="140" w:type="dxa"/>
              <w:right w:w="150" w:type="dxa"/>
            </w:tcMar>
            <w:vAlign w:val="center"/>
          </w:tcPr>
          <w:p w14:paraId="45D70A62" w14:textId="77777777" w:rsidR="00C120C8" w:rsidRDefault="00C120C8" w:rsidP="67D0247B">
            <w:pPr>
              <w:spacing w:after="0" w:line="360" w:lineRule="auto"/>
              <w:rPr>
                <w:rFonts w:eastAsia="BIZ UD明朝 Medium"/>
                <w:lang w:eastAsia="ja-JP"/>
              </w:rPr>
            </w:pPr>
          </w:p>
          <w:p w14:paraId="66E39D92" w14:textId="50D4D642" w:rsidR="00C120C8" w:rsidRPr="00E21AEE" w:rsidRDefault="00C120C8" w:rsidP="67D0247B">
            <w:pPr>
              <w:spacing w:after="0" w:line="360" w:lineRule="auto"/>
              <w:rPr>
                <w:rFonts w:ascii="BIZ UD明朝 Medium" w:eastAsia="BIZ UD明朝 Medium" w:hAnsi="BIZ UD明朝 Medium"/>
                <w:lang w:eastAsia="ja-JP"/>
              </w:rPr>
            </w:pPr>
          </w:p>
        </w:tc>
        <w:tc>
          <w:tcPr>
            <w:tcW w:w="7088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7C2B32CF" w14:textId="77777777" w:rsidR="00C120C8" w:rsidRDefault="00C120C8" w:rsidP="67D0247B">
            <w:pPr>
              <w:spacing w:after="0" w:line="360" w:lineRule="auto"/>
              <w:rPr>
                <w:rFonts w:eastAsia="BIZ UD明朝 Medium"/>
                <w:lang w:eastAsia="ja-JP"/>
              </w:rPr>
            </w:pPr>
          </w:p>
        </w:tc>
        <w:tc>
          <w:tcPr>
            <w:tcW w:w="30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20492D9B" w14:textId="77777777" w:rsidR="00C120C8" w:rsidRDefault="00C120C8" w:rsidP="67D0247B">
            <w:pPr>
              <w:spacing w:after="0" w:line="360" w:lineRule="auto"/>
              <w:rPr>
                <w:rFonts w:eastAsia="BIZ UD明朝 Medium"/>
                <w:lang w:eastAsia="ja-JP"/>
              </w:rPr>
            </w:pPr>
          </w:p>
        </w:tc>
      </w:tr>
    </w:tbl>
    <w:p w14:paraId="16F5CA2B" w14:textId="320241C7" w:rsidR="00E21AEE" w:rsidRDefault="00B22C43" w:rsidP="009158D0">
      <w:pPr>
        <w:spacing w:line="360" w:lineRule="auto"/>
        <w:jc w:val="right"/>
        <w:rPr>
          <w:rFonts w:ascii="BIZ UD明朝 Medium" w:eastAsia="BIZ UD明朝 Medium" w:hAnsi="BIZ UD明朝 Medium"/>
          <w:lang w:eastAsia="ja-JP"/>
        </w:rPr>
      </w:pPr>
      <w:r>
        <w:rPr>
          <w:rFonts w:ascii="BIZ UD明朝 Medium" w:eastAsia="BIZ UD明朝 Medium" w:hAnsi="BIZ UD明朝 Medium" w:hint="eastAsia"/>
          <w:lang w:eastAsia="ja-JP"/>
        </w:rPr>
        <w:t>（</w:t>
      </w:r>
      <w:r w:rsidR="009158D0">
        <w:rPr>
          <w:rFonts w:ascii="BIZ UD明朝 Medium" w:eastAsia="BIZ UD明朝 Medium" w:hAnsi="BIZ UD明朝 Medium" w:hint="eastAsia"/>
          <w:lang w:eastAsia="ja-JP"/>
        </w:rPr>
        <w:t>※</w:t>
      </w:r>
      <w:r>
        <w:rPr>
          <w:rFonts w:ascii="BIZ UD明朝 Medium" w:eastAsia="BIZ UD明朝 Medium" w:hAnsi="BIZ UD明朝 Medium" w:hint="eastAsia"/>
          <w:lang w:eastAsia="ja-JP"/>
        </w:rPr>
        <w:t>行</w:t>
      </w:r>
      <w:r w:rsidR="009158D0">
        <w:rPr>
          <w:rFonts w:ascii="BIZ UD明朝 Medium" w:eastAsia="BIZ UD明朝 Medium" w:hAnsi="BIZ UD明朝 Medium" w:hint="eastAsia"/>
          <w:lang w:eastAsia="ja-JP"/>
        </w:rPr>
        <w:t>が不足する場合は適宜追加すること</w:t>
      </w:r>
      <w:r>
        <w:rPr>
          <w:rFonts w:ascii="BIZ UD明朝 Medium" w:eastAsia="BIZ UD明朝 Medium" w:hAnsi="BIZ UD明朝 Medium" w:hint="eastAsia"/>
          <w:lang w:eastAsia="ja-JP"/>
        </w:rPr>
        <w:t>）</w:t>
      </w:r>
    </w:p>
    <w:p w14:paraId="5F382312" w14:textId="77777777" w:rsidR="00126E40" w:rsidRDefault="00126E40" w:rsidP="67D0247B">
      <w:pPr>
        <w:spacing w:line="360" w:lineRule="auto"/>
        <w:rPr>
          <w:rFonts w:ascii="BIZ UD明朝 Medium" w:eastAsia="BIZ UD明朝 Medium" w:hAnsi="BIZ UD明朝 Medium"/>
          <w:lang w:eastAsia="ja-JP"/>
        </w:rPr>
      </w:pPr>
    </w:p>
    <w:p w14:paraId="2E51858D" w14:textId="2B063493" w:rsidR="009158D0" w:rsidRPr="00E21AEE" w:rsidRDefault="00F96B14" w:rsidP="009158D0">
      <w:pPr>
        <w:spacing w:line="360" w:lineRule="auto"/>
        <w:rPr>
          <w:rFonts w:ascii="BIZ UD明朝 Medium" w:eastAsia="BIZ UD明朝 Medium" w:hAnsi="BIZ UD明朝 Medium"/>
          <w:lang w:eastAsia="ja-JP"/>
        </w:rPr>
      </w:pPr>
      <w:r>
        <w:rPr>
          <w:rFonts w:ascii="BIZ UD明朝 Medium" w:eastAsia="BIZ UD明朝 Medium" w:hAnsi="BIZ UD明朝 Medium" w:hint="eastAsia"/>
          <w:b/>
          <w:bCs/>
          <w:sz w:val="24"/>
          <w:szCs w:val="24"/>
          <w:lang w:eastAsia="ja-JP"/>
        </w:rPr>
        <w:t>２</w:t>
      </w:r>
      <w:r w:rsidR="009158D0" w:rsidRPr="67D0247B">
        <w:rPr>
          <w:rFonts w:ascii="BIZ UD明朝 Medium" w:eastAsia="BIZ UD明朝 Medium" w:hAnsi="BIZ UD明朝 Medium"/>
          <w:b/>
          <w:bCs/>
          <w:sz w:val="24"/>
          <w:szCs w:val="24"/>
          <w:lang w:eastAsia="ja-JP"/>
        </w:rPr>
        <w:t>．</w:t>
      </w:r>
      <w:r w:rsidR="009158D0">
        <w:rPr>
          <w:rFonts w:ascii="BIZ UD明朝 Medium" w:eastAsia="BIZ UD明朝 Medium" w:hAnsi="BIZ UD明朝 Medium" w:hint="eastAsia"/>
          <w:b/>
          <w:bCs/>
          <w:sz w:val="24"/>
          <w:szCs w:val="24"/>
          <w:lang w:eastAsia="ja-JP"/>
        </w:rPr>
        <w:t>活動の様子</w:t>
      </w:r>
    </w:p>
    <w:p w14:paraId="1378EF20" w14:textId="0D7B81BE" w:rsidR="00126E40" w:rsidRDefault="009158D0" w:rsidP="00304A14">
      <w:pPr>
        <w:spacing w:line="360" w:lineRule="auto"/>
        <w:ind w:firstLineChars="200" w:firstLine="420"/>
        <w:rPr>
          <w:rFonts w:ascii="BIZ UD明朝 Medium" w:eastAsia="BIZ UD明朝 Medium" w:hAnsi="BIZ UD明朝 Medium"/>
          <w:lang w:eastAsia="ja-JP"/>
        </w:rPr>
      </w:pPr>
      <w:r>
        <w:rPr>
          <w:rFonts w:ascii="BIZ UD明朝 Medium" w:eastAsia="BIZ UD明朝 Medium" w:hAnsi="BIZ UD明朝 Medium" w:hint="eastAsia"/>
          <w:lang w:eastAsia="ja-JP"/>
        </w:rPr>
        <w:t>（活動の様子がわかる写真を</w:t>
      </w:r>
      <w:r w:rsidR="00304A14">
        <w:rPr>
          <w:rFonts w:ascii="BIZ UD明朝 Medium" w:eastAsia="BIZ UD明朝 Medium" w:hAnsi="BIZ UD明朝 Medium" w:hint="eastAsia"/>
          <w:lang w:eastAsia="ja-JP"/>
        </w:rPr>
        <w:t>数枚添付すること</w:t>
      </w:r>
      <w:r>
        <w:rPr>
          <w:rFonts w:ascii="BIZ UD明朝 Medium" w:eastAsia="BIZ UD明朝 Medium" w:hAnsi="BIZ UD明朝 Medium" w:hint="eastAsia"/>
          <w:lang w:eastAsia="ja-JP"/>
        </w:rPr>
        <w:t>）</w:t>
      </w:r>
    </w:p>
    <w:p w14:paraId="6E599ABA" w14:textId="77777777" w:rsidR="00E21AEE" w:rsidRDefault="00E21AEE" w:rsidP="67D0247B">
      <w:pPr>
        <w:spacing w:line="360" w:lineRule="auto"/>
        <w:rPr>
          <w:rFonts w:ascii="BIZ UD明朝 Medium" w:eastAsia="BIZ UD明朝 Medium" w:hAnsi="BIZ UD明朝 Medium"/>
          <w:lang w:eastAsia="ja-JP"/>
        </w:rPr>
      </w:pPr>
      <w:r w:rsidRPr="67D0247B">
        <w:rPr>
          <w:rFonts w:ascii="BIZ UD明朝 Medium" w:eastAsia="BIZ UD明朝 Medium" w:hAnsi="BIZ UD明朝 Medium"/>
          <w:lang w:eastAsia="ja-JP"/>
        </w:rPr>
        <w:br w:type="page"/>
      </w:r>
    </w:p>
    <w:p w14:paraId="379473DB" w14:textId="4EBB11B7" w:rsidR="00E21AEE" w:rsidRPr="00E21AEE" w:rsidRDefault="00F96B14" w:rsidP="67D0247B">
      <w:pPr>
        <w:spacing w:line="360" w:lineRule="auto"/>
        <w:rPr>
          <w:rFonts w:ascii="BIZ UD明朝 Medium" w:eastAsia="BIZ UD明朝 Medium" w:hAnsi="BIZ UD明朝 Medium"/>
          <w:lang w:eastAsia="ja-JP"/>
        </w:rPr>
      </w:pPr>
      <w:r>
        <w:rPr>
          <w:rFonts w:ascii="BIZ UD明朝 Medium" w:eastAsia="BIZ UD明朝 Medium" w:hAnsi="BIZ UD明朝 Medium" w:hint="eastAsia"/>
          <w:b/>
          <w:bCs/>
          <w:sz w:val="24"/>
          <w:szCs w:val="24"/>
          <w:lang w:eastAsia="ja-JP"/>
        </w:rPr>
        <w:lastRenderedPageBreak/>
        <w:t>３</w:t>
      </w:r>
      <w:r w:rsidR="471D9B72" w:rsidRPr="67D0247B">
        <w:rPr>
          <w:rFonts w:ascii="BIZ UD明朝 Medium" w:eastAsia="BIZ UD明朝 Medium" w:hAnsi="BIZ UD明朝 Medium"/>
          <w:b/>
          <w:bCs/>
          <w:sz w:val="24"/>
          <w:szCs w:val="24"/>
          <w:lang w:eastAsia="ja-JP"/>
        </w:rPr>
        <w:t>．部会構成員</w:t>
      </w:r>
    </w:p>
    <w:tbl>
      <w:tblPr>
        <w:tblW w:w="0" w:type="auto"/>
        <w:jc w:val="center"/>
        <w:tblLook w:val="0600" w:firstRow="0" w:lastRow="0" w:firstColumn="0" w:lastColumn="0" w:noHBand="1" w:noVBand="1"/>
      </w:tblPr>
      <w:tblGrid>
        <w:gridCol w:w="845"/>
        <w:gridCol w:w="5366"/>
        <w:gridCol w:w="3544"/>
        <w:gridCol w:w="3444"/>
      </w:tblGrid>
      <w:tr w:rsidR="007A54F3" w:rsidRPr="00E21AEE" w14:paraId="6E24CAAD" w14:textId="7F264251" w:rsidTr="007A54F3">
        <w:trPr>
          <w:trHeight w:val="684"/>
          <w:jc w:val="center"/>
        </w:trPr>
        <w:tc>
          <w:tcPr>
            <w:tcW w:w="845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14:paraId="552D7C4A" w14:textId="77777777" w:rsidR="007A54F3" w:rsidRPr="00E21AEE" w:rsidRDefault="007A54F3" w:rsidP="67D0247B">
            <w:pPr>
              <w:spacing w:after="0" w:line="360" w:lineRule="auto"/>
              <w:jc w:val="center"/>
              <w:rPr>
                <w:rFonts w:ascii="BIZ UD明朝 Medium" w:eastAsia="BIZ UD明朝 Medium" w:hAnsi="BIZ UD明朝 Medium"/>
              </w:rPr>
            </w:pPr>
            <w:r w:rsidRPr="67D0247B">
              <w:rPr>
                <w:rFonts w:ascii="BIZ UD明朝 Medium" w:eastAsia="BIZ UD明朝 Medium" w:hAnsi="BIZ UD明朝 Medium"/>
                <w:b/>
                <w:bCs/>
                <w:sz w:val="20"/>
                <w:szCs w:val="20"/>
              </w:rPr>
              <w:t>No.</w:t>
            </w:r>
          </w:p>
        </w:tc>
        <w:tc>
          <w:tcPr>
            <w:tcW w:w="536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14:paraId="4D05F3A8" w14:textId="7ED74422" w:rsidR="007A54F3" w:rsidRPr="00E21AEE" w:rsidRDefault="007A54F3" w:rsidP="67D0247B">
            <w:pPr>
              <w:spacing w:after="0" w:line="360" w:lineRule="auto"/>
              <w:jc w:val="center"/>
              <w:rPr>
                <w:rFonts w:ascii="BIZ UD明朝 Medium" w:eastAsia="BIZ UD明朝 Medium" w:hAnsi="BIZ UD明朝 Medium"/>
                <w:b/>
                <w:bCs/>
                <w:sz w:val="20"/>
                <w:szCs w:val="20"/>
                <w:lang w:eastAsia="ja-JP"/>
              </w:rPr>
            </w:pPr>
            <w:r w:rsidRPr="67D0247B">
              <w:rPr>
                <w:rFonts w:ascii="BIZ UD明朝 Medium" w:eastAsia="BIZ UD明朝 Medium" w:hAnsi="BIZ UD明朝 Medium"/>
                <w:b/>
                <w:bCs/>
                <w:sz w:val="20"/>
                <w:szCs w:val="20"/>
                <w:lang w:eastAsia="ja-JP"/>
              </w:rPr>
              <w:t>団体名</w:t>
            </w:r>
          </w:p>
        </w:tc>
        <w:tc>
          <w:tcPr>
            <w:tcW w:w="354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14:paraId="78614686" w14:textId="77777777" w:rsidR="007A54F3" w:rsidRPr="00E21AEE" w:rsidRDefault="007A54F3" w:rsidP="67D0247B">
            <w:pPr>
              <w:spacing w:after="0" w:line="360" w:lineRule="auto"/>
              <w:jc w:val="center"/>
              <w:rPr>
                <w:rFonts w:ascii="BIZ UD明朝 Medium" w:eastAsia="BIZ UD明朝 Medium" w:hAnsi="BIZ UD明朝 Medium"/>
              </w:rPr>
            </w:pPr>
            <w:proofErr w:type="spellStart"/>
            <w:r w:rsidRPr="67D0247B">
              <w:rPr>
                <w:rFonts w:ascii="BIZ UD明朝 Medium" w:eastAsia="BIZ UD明朝 Medium" w:hAnsi="BIZ UD明朝 Medium"/>
                <w:b/>
                <w:bCs/>
                <w:sz w:val="20"/>
                <w:szCs w:val="20"/>
              </w:rPr>
              <w:t>氏名</w:t>
            </w:r>
            <w:proofErr w:type="spellEnd"/>
          </w:p>
        </w:tc>
        <w:tc>
          <w:tcPr>
            <w:tcW w:w="344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14:paraId="79CB1109" w14:textId="32A59689" w:rsidR="007A54F3" w:rsidRPr="67D0247B" w:rsidRDefault="007A54F3" w:rsidP="67D0247B">
            <w:pPr>
              <w:spacing w:after="0" w:line="360" w:lineRule="auto"/>
              <w:jc w:val="center"/>
              <w:rPr>
                <w:rFonts w:ascii="BIZ UD明朝 Medium" w:eastAsia="BIZ UD明朝 Medium" w:hAnsi="BIZ UD明朝 Medium"/>
                <w:b/>
                <w:bCs/>
                <w:lang w:eastAsia="ja-JP"/>
              </w:rPr>
            </w:pPr>
            <w:r w:rsidRPr="67D0247B">
              <w:rPr>
                <w:rFonts w:ascii="BIZ UD明朝 Medium" w:eastAsia="BIZ UD明朝 Medium" w:hAnsi="BIZ UD明朝 Medium"/>
                <w:b/>
                <w:bCs/>
                <w:lang w:eastAsia="ja-JP"/>
              </w:rPr>
              <w:t>備考</w:t>
            </w:r>
          </w:p>
        </w:tc>
      </w:tr>
      <w:tr w:rsidR="007A54F3" w:rsidRPr="00E21AEE" w14:paraId="320BCFA4" w14:textId="22323F85" w:rsidTr="007A54F3">
        <w:trPr>
          <w:trHeight w:val="684"/>
          <w:jc w:val="center"/>
        </w:trPr>
        <w:tc>
          <w:tcPr>
            <w:tcW w:w="845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14804516" w14:textId="77777777" w:rsidR="007A54F3" w:rsidRPr="00E21AEE" w:rsidRDefault="007A54F3" w:rsidP="67D0247B">
            <w:pPr>
              <w:spacing w:after="0" w:line="360" w:lineRule="auto"/>
              <w:jc w:val="center"/>
              <w:rPr>
                <w:rFonts w:ascii="BIZ UD明朝 Medium" w:eastAsia="BIZ UD明朝 Medium" w:hAnsi="BIZ UD明朝 Medium"/>
              </w:rPr>
            </w:pPr>
            <w:r w:rsidRPr="67D0247B">
              <w:rPr>
                <w:rFonts w:ascii="BIZ UD明朝 Medium" w:eastAsia="BIZ UD明朝 Medium" w:hAnsi="BIZ UD明朝 Medium"/>
                <w:sz w:val="20"/>
                <w:szCs w:val="20"/>
              </w:rPr>
              <w:t>1</w:t>
            </w:r>
          </w:p>
        </w:tc>
        <w:tc>
          <w:tcPr>
            <w:tcW w:w="536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17E728BF" w14:textId="77777777" w:rsidR="007A54F3" w:rsidRPr="00E21AEE" w:rsidRDefault="007A54F3" w:rsidP="67D0247B">
            <w:pPr>
              <w:spacing w:after="0" w:line="360" w:lineRule="auto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354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1A12F35E" w14:textId="77777777" w:rsidR="007A54F3" w:rsidRPr="00E21AEE" w:rsidRDefault="007A54F3" w:rsidP="67D0247B">
            <w:pPr>
              <w:spacing w:after="0" w:line="360" w:lineRule="auto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344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7CBB8A1C" w14:textId="77777777" w:rsidR="007A54F3" w:rsidRPr="00E21AEE" w:rsidRDefault="007A54F3" w:rsidP="67D0247B">
            <w:pPr>
              <w:spacing w:after="0" w:line="360" w:lineRule="auto"/>
              <w:rPr>
                <w:rFonts w:ascii="BIZ UD明朝 Medium" w:eastAsia="BIZ UD明朝 Medium" w:hAnsi="BIZ UD明朝 Medium"/>
                <w:lang w:eastAsia="ja-JP"/>
              </w:rPr>
            </w:pPr>
          </w:p>
        </w:tc>
      </w:tr>
      <w:tr w:rsidR="007A54F3" w:rsidRPr="00E21AEE" w14:paraId="038F1644" w14:textId="271389D5" w:rsidTr="007A54F3">
        <w:trPr>
          <w:trHeight w:val="684"/>
          <w:jc w:val="center"/>
        </w:trPr>
        <w:tc>
          <w:tcPr>
            <w:tcW w:w="845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0A299C3A" w14:textId="77777777" w:rsidR="007A54F3" w:rsidRPr="00E21AEE" w:rsidRDefault="007A54F3" w:rsidP="67D0247B">
            <w:pPr>
              <w:spacing w:after="0" w:line="360" w:lineRule="auto"/>
              <w:jc w:val="center"/>
              <w:rPr>
                <w:rFonts w:ascii="BIZ UD明朝 Medium" w:eastAsia="BIZ UD明朝 Medium" w:hAnsi="BIZ UD明朝 Medium"/>
              </w:rPr>
            </w:pPr>
            <w:r w:rsidRPr="67D0247B">
              <w:rPr>
                <w:rFonts w:ascii="BIZ UD明朝 Medium" w:eastAsia="BIZ UD明朝 Medium" w:hAnsi="BIZ UD明朝 Medium"/>
                <w:sz w:val="20"/>
                <w:szCs w:val="20"/>
              </w:rPr>
              <w:t>2</w:t>
            </w:r>
          </w:p>
        </w:tc>
        <w:tc>
          <w:tcPr>
            <w:tcW w:w="536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795B01C8" w14:textId="77777777" w:rsidR="007A54F3" w:rsidRPr="00E21AEE" w:rsidRDefault="007A54F3" w:rsidP="67D0247B">
            <w:pPr>
              <w:spacing w:after="0" w:line="360" w:lineRule="auto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354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33605602" w14:textId="77777777" w:rsidR="007A54F3" w:rsidRPr="00E21AEE" w:rsidRDefault="007A54F3" w:rsidP="67D0247B">
            <w:pPr>
              <w:spacing w:after="0" w:line="360" w:lineRule="auto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344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339B8A85" w14:textId="77777777" w:rsidR="007A54F3" w:rsidRPr="00E21AEE" w:rsidRDefault="007A54F3" w:rsidP="67D0247B">
            <w:pPr>
              <w:spacing w:after="0" w:line="360" w:lineRule="auto"/>
              <w:rPr>
                <w:rFonts w:ascii="BIZ UD明朝 Medium" w:eastAsia="BIZ UD明朝 Medium" w:hAnsi="BIZ UD明朝 Medium"/>
                <w:lang w:eastAsia="ja-JP"/>
              </w:rPr>
            </w:pPr>
          </w:p>
        </w:tc>
      </w:tr>
      <w:tr w:rsidR="007A54F3" w:rsidRPr="00E21AEE" w14:paraId="068A3675" w14:textId="758BEF94" w:rsidTr="007A54F3">
        <w:trPr>
          <w:trHeight w:val="684"/>
          <w:jc w:val="center"/>
        </w:trPr>
        <w:tc>
          <w:tcPr>
            <w:tcW w:w="845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2355D332" w14:textId="77777777" w:rsidR="007A54F3" w:rsidRPr="00E21AEE" w:rsidRDefault="007A54F3" w:rsidP="67D0247B">
            <w:pPr>
              <w:spacing w:after="0" w:line="360" w:lineRule="auto"/>
              <w:jc w:val="center"/>
              <w:rPr>
                <w:rFonts w:ascii="BIZ UD明朝 Medium" w:eastAsia="BIZ UD明朝 Medium" w:hAnsi="BIZ UD明朝 Medium"/>
              </w:rPr>
            </w:pPr>
            <w:r w:rsidRPr="67D0247B">
              <w:rPr>
                <w:rFonts w:ascii="BIZ UD明朝 Medium" w:eastAsia="BIZ UD明朝 Medium" w:hAnsi="BIZ UD明朝 Medium"/>
                <w:sz w:val="20"/>
                <w:szCs w:val="20"/>
              </w:rPr>
              <w:t>3</w:t>
            </w:r>
          </w:p>
        </w:tc>
        <w:tc>
          <w:tcPr>
            <w:tcW w:w="536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2E93EA40" w14:textId="77777777" w:rsidR="007A54F3" w:rsidRPr="00E21AEE" w:rsidRDefault="007A54F3" w:rsidP="67D0247B">
            <w:pPr>
              <w:spacing w:after="0" w:line="360" w:lineRule="auto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354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7B8E5EDB" w14:textId="77777777" w:rsidR="007A54F3" w:rsidRPr="00E21AEE" w:rsidRDefault="007A54F3" w:rsidP="67D0247B">
            <w:pPr>
              <w:spacing w:after="0" w:line="360" w:lineRule="auto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344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1472EBC4" w14:textId="77777777" w:rsidR="007A54F3" w:rsidRPr="00E21AEE" w:rsidRDefault="007A54F3" w:rsidP="67D0247B">
            <w:pPr>
              <w:spacing w:after="0" w:line="360" w:lineRule="auto"/>
              <w:rPr>
                <w:rFonts w:ascii="BIZ UD明朝 Medium" w:eastAsia="BIZ UD明朝 Medium" w:hAnsi="BIZ UD明朝 Medium"/>
                <w:lang w:eastAsia="ja-JP"/>
              </w:rPr>
            </w:pPr>
          </w:p>
        </w:tc>
      </w:tr>
      <w:tr w:rsidR="007A54F3" w:rsidRPr="00E21AEE" w14:paraId="7061BFF1" w14:textId="5C39570F" w:rsidTr="007A54F3">
        <w:trPr>
          <w:trHeight w:val="684"/>
          <w:jc w:val="center"/>
        </w:trPr>
        <w:tc>
          <w:tcPr>
            <w:tcW w:w="845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7F57DC4D" w14:textId="77777777" w:rsidR="007A54F3" w:rsidRPr="00E21AEE" w:rsidRDefault="007A54F3" w:rsidP="67D0247B">
            <w:pPr>
              <w:spacing w:after="0" w:line="360" w:lineRule="auto"/>
              <w:jc w:val="center"/>
              <w:rPr>
                <w:rFonts w:ascii="BIZ UD明朝 Medium" w:eastAsia="BIZ UD明朝 Medium" w:hAnsi="BIZ UD明朝 Medium"/>
              </w:rPr>
            </w:pPr>
            <w:r w:rsidRPr="67D0247B">
              <w:rPr>
                <w:rFonts w:ascii="BIZ UD明朝 Medium" w:eastAsia="BIZ UD明朝 Medium" w:hAnsi="BIZ UD明朝 Medium"/>
                <w:sz w:val="20"/>
                <w:szCs w:val="20"/>
              </w:rPr>
              <w:t>4</w:t>
            </w:r>
          </w:p>
        </w:tc>
        <w:tc>
          <w:tcPr>
            <w:tcW w:w="536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68AB5FD8" w14:textId="77777777" w:rsidR="007A54F3" w:rsidRPr="00E21AEE" w:rsidRDefault="007A54F3" w:rsidP="67D0247B">
            <w:pPr>
              <w:spacing w:after="0" w:line="360" w:lineRule="auto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354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1188D4A3" w14:textId="77777777" w:rsidR="007A54F3" w:rsidRPr="00E21AEE" w:rsidRDefault="007A54F3" w:rsidP="67D0247B">
            <w:pPr>
              <w:spacing w:after="0" w:line="360" w:lineRule="auto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344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1ECDCBD1" w14:textId="77777777" w:rsidR="007A54F3" w:rsidRPr="00E21AEE" w:rsidRDefault="007A54F3" w:rsidP="67D0247B">
            <w:pPr>
              <w:spacing w:after="0" w:line="360" w:lineRule="auto"/>
              <w:rPr>
                <w:rFonts w:ascii="BIZ UD明朝 Medium" w:eastAsia="BIZ UD明朝 Medium" w:hAnsi="BIZ UD明朝 Medium"/>
                <w:lang w:eastAsia="ja-JP"/>
              </w:rPr>
            </w:pPr>
          </w:p>
        </w:tc>
      </w:tr>
      <w:tr w:rsidR="007A54F3" w:rsidRPr="00E21AEE" w14:paraId="5A064657" w14:textId="41A3F0B7" w:rsidTr="007A54F3">
        <w:trPr>
          <w:trHeight w:val="684"/>
          <w:jc w:val="center"/>
        </w:trPr>
        <w:tc>
          <w:tcPr>
            <w:tcW w:w="845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710D80AD" w14:textId="77777777" w:rsidR="007A54F3" w:rsidRPr="00E21AEE" w:rsidRDefault="007A54F3" w:rsidP="67D0247B">
            <w:pPr>
              <w:spacing w:after="0" w:line="360" w:lineRule="auto"/>
              <w:jc w:val="center"/>
              <w:rPr>
                <w:rFonts w:ascii="BIZ UD明朝 Medium" w:eastAsia="BIZ UD明朝 Medium" w:hAnsi="BIZ UD明朝 Medium"/>
              </w:rPr>
            </w:pPr>
            <w:r w:rsidRPr="67D0247B">
              <w:rPr>
                <w:rFonts w:ascii="BIZ UD明朝 Medium" w:eastAsia="BIZ UD明朝 Medium" w:hAnsi="BIZ UD明朝 Medium"/>
                <w:sz w:val="20"/>
                <w:szCs w:val="20"/>
              </w:rPr>
              <w:t>5</w:t>
            </w:r>
          </w:p>
        </w:tc>
        <w:tc>
          <w:tcPr>
            <w:tcW w:w="536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2E0E5E11" w14:textId="77777777" w:rsidR="007A54F3" w:rsidRPr="00E21AEE" w:rsidRDefault="007A54F3" w:rsidP="67D0247B">
            <w:pPr>
              <w:spacing w:after="0" w:line="360" w:lineRule="auto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354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783B7755" w14:textId="77777777" w:rsidR="007A54F3" w:rsidRPr="00E21AEE" w:rsidRDefault="007A54F3" w:rsidP="67D0247B">
            <w:pPr>
              <w:spacing w:after="0" w:line="360" w:lineRule="auto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344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49566EFA" w14:textId="77777777" w:rsidR="007A54F3" w:rsidRPr="00E21AEE" w:rsidRDefault="007A54F3" w:rsidP="67D0247B">
            <w:pPr>
              <w:spacing w:after="0" w:line="360" w:lineRule="auto"/>
              <w:rPr>
                <w:rFonts w:ascii="BIZ UD明朝 Medium" w:eastAsia="BIZ UD明朝 Medium" w:hAnsi="BIZ UD明朝 Medium"/>
                <w:lang w:eastAsia="ja-JP"/>
              </w:rPr>
            </w:pPr>
          </w:p>
        </w:tc>
      </w:tr>
    </w:tbl>
    <w:p w14:paraId="7850B5EE" w14:textId="76B96603" w:rsidR="67D0247B" w:rsidRPr="00E84D50" w:rsidRDefault="00FC4EFB" w:rsidP="67D0247B">
      <w:pPr>
        <w:spacing w:line="360" w:lineRule="auto"/>
        <w:jc w:val="right"/>
        <w:rPr>
          <w:rFonts w:ascii="BIZ UD明朝 Medium" w:eastAsia="BIZ UD明朝 Medium" w:hAnsi="BIZ UD明朝 Medium"/>
          <w:sz w:val="18"/>
          <w:szCs w:val="18"/>
          <w:lang w:eastAsia="ja-JP"/>
        </w:rPr>
      </w:pPr>
      <w:r w:rsidRPr="00E84D50">
        <w:rPr>
          <w:rFonts w:ascii="BIZ UD明朝 Medium" w:eastAsia="BIZ UD明朝 Medium" w:hAnsi="BIZ UD明朝 Medium" w:hint="eastAsia"/>
          <w:b/>
          <w:bCs/>
          <w:sz w:val="18"/>
          <w:szCs w:val="18"/>
          <w:lang w:eastAsia="ja-JP"/>
        </w:rPr>
        <w:t>（</w:t>
      </w:r>
      <w:r w:rsidR="001B1D88" w:rsidRPr="00E84D50">
        <w:rPr>
          <w:rFonts w:ascii="BIZ UD明朝 Medium" w:eastAsia="BIZ UD明朝 Medium" w:hAnsi="BIZ UD明朝 Medium" w:hint="eastAsia"/>
          <w:sz w:val="18"/>
          <w:szCs w:val="18"/>
          <w:lang w:eastAsia="ja-JP"/>
        </w:rPr>
        <w:t>※行が不足する場合は適宜追加し、</w:t>
      </w:r>
      <w:r w:rsidRPr="00E84D50">
        <w:rPr>
          <w:rFonts w:ascii="BIZ UD明朝 Medium" w:eastAsia="BIZ UD明朝 Medium" w:hAnsi="BIZ UD明朝 Medium" w:hint="eastAsia"/>
          <w:b/>
          <w:bCs/>
          <w:sz w:val="18"/>
          <w:szCs w:val="18"/>
          <w:lang w:eastAsia="ja-JP"/>
        </w:rPr>
        <w:t>追加となった構成員も漏れなく記載すること）</w:t>
      </w:r>
    </w:p>
    <w:sectPr w:rsidR="67D0247B" w:rsidRPr="00E84D50" w:rsidSect="00171A25">
      <w:pgSz w:w="15840" w:h="12240" w:orient="landscape"/>
      <w:pgMar w:top="864" w:right="1152" w:bottom="864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21F510" w14:textId="77777777" w:rsidR="00B81D37" w:rsidRDefault="00B81D37" w:rsidP="00BF2478">
      <w:pPr>
        <w:spacing w:after="0" w:line="240" w:lineRule="auto"/>
      </w:pPr>
      <w:r>
        <w:separator/>
      </w:r>
    </w:p>
  </w:endnote>
  <w:endnote w:type="continuationSeparator" w:id="0">
    <w:p w14:paraId="1043C779" w14:textId="77777777" w:rsidR="00B81D37" w:rsidRDefault="00B81D37" w:rsidP="00BF24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39B596" w14:textId="77777777" w:rsidR="00B81D37" w:rsidRDefault="00B81D37" w:rsidP="00BF2478">
      <w:pPr>
        <w:spacing w:after="0" w:line="240" w:lineRule="auto"/>
      </w:pPr>
      <w:r>
        <w:separator/>
      </w:r>
    </w:p>
  </w:footnote>
  <w:footnote w:type="continuationSeparator" w:id="0">
    <w:p w14:paraId="15497E3E" w14:textId="77777777" w:rsidR="00B81D37" w:rsidRDefault="00B81D37" w:rsidP="00BF2478">
      <w:pPr>
        <w:spacing w:after="0" w:line="240" w:lineRule="auto"/>
      </w:pPr>
      <w:r>
        <w:continuationSeparator/>
      </w:r>
    </w:p>
  </w:footnote>
</w:footnotes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rA58UJUGFpRJcz" int2:id="7ib2B8i2">
      <int2:state int2:value="Rejected" int2:type="spell"/>
    </int2:textHash>
    <int2:textHash int2:hashCode="iTeTtfmqciP7Lv" int2:id="8Fb5lOmE">
      <int2:state int2:value="Rejected" int2:type="spell"/>
    </int2:textHash>
    <int2:textHash int2:hashCode="ZaFY4V4yqE+7Wy" int2:id="Draonvb7">
      <int2:state int2:value="Rejected" int2:type="spell"/>
    </int2:textHash>
    <int2:textHash int2:hashCode="L93w3K+r3Sxbss" int2:id="LYuIqmvB">
      <int2:state int2:value="Rejected" int2:type="spell"/>
    </int2:textHash>
    <int2:textHash int2:hashCode="l0fIVMUubx3AqE" int2:id="atQDIdth">
      <int2:state int2:value="Rejected" int2:type="spell"/>
    </int2:textHash>
    <int2:textHash int2:hashCode="I7KscgM0ae36yO" int2:id="bHiR8PGO">
      <int2:state int2:value="Rejected" int2:type="spell"/>
    </int2:textHash>
    <int2:textHash int2:hashCode="V8hX1Xq+80KdFL" int2:id="i0PtFPa7">
      <int2:state int2:value="Rejected" int2:type="spell"/>
    </int2:textHash>
    <int2:textHash int2:hashCode="W34zI7Mf9d0dK7" int2:id="kE3IcOxj">
      <int2:state int2:value="Rejected" int2:type="spell"/>
    </int2:textHash>
    <int2:textHash int2:hashCode="o4NkMX45ilhiw3" int2:id="nS9Z0vZY">
      <int2:state int2:value="Rejected" int2:type="spell"/>
    </int2:textHash>
    <int2:textHash int2:hashCode="iDX6heEr0MeVzC" int2:id="pgxtjclS">
      <int2:state int2:value="Rejected" int2:type="spell"/>
    </int2:textHash>
    <int2:textHash int2:hashCode="qLt/XSIysO/eV6" int2:id="v6uWlFVC">
      <int2:state int2:value="Rejected" int2:type="spell"/>
    </int2:textHash>
    <int2:textHash int2:hashCode="C1+6bTpUWGT9YW" int2:id="y4SdHhqC">
      <int2:state int2:value="Rejected" int2:type="spell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74126455">
    <w:abstractNumId w:val="8"/>
  </w:num>
  <w:num w:numId="2" w16cid:durableId="835342570">
    <w:abstractNumId w:val="6"/>
  </w:num>
  <w:num w:numId="3" w16cid:durableId="384455594">
    <w:abstractNumId w:val="5"/>
  </w:num>
  <w:num w:numId="4" w16cid:durableId="1029136885">
    <w:abstractNumId w:val="4"/>
  </w:num>
  <w:num w:numId="5" w16cid:durableId="1671985832">
    <w:abstractNumId w:val="7"/>
  </w:num>
  <w:num w:numId="6" w16cid:durableId="362480970">
    <w:abstractNumId w:val="3"/>
  </w:num>
  <w:num w:numId="7" w16cid:durableId="929002482">
    <w:abstractNumId w:val="2"/>
  </w:num>
  <w:num w:numId="8" w16cid:durableId="1754354643">
    <w:abstractNumId w:val="1"/>
  </w:num>
  <w:num w:numId="9" w16cid:durableId="5631751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bordersDoNotSurroundHeader/>
  <w:bordersDoNotSurroundFooter/>
  <w:proofState w:spelling="clean" w:grammar="dirty"/>
  <w:defaultTabStop w:val="72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A227D"/>
    <w:rsid w:val="00126E40"/>
    <w:rsid w:val="0015074B"/>
    <w:rsid w:val="00156890"/>
    <w:rsid w:val="001643CA"/>
    <w:rsid w:val="00171A25"/>
    <w:rsid w:val="00193D3D"/>
    <w:rsid w:val="001970F5"/>
    <w:rsid w:val="001B1D88"/>
    <w:rsid w:val="001D75C5"/>
    <w:rsid w:val="001E0442"/>
    <w:rsid w:val="001E6A25"/>
    <w:rsid w:val="00214D88"/>
    <w:rsid w:val="00220D80"/>
    <w:rsid w:val="002372CF"/>
    <w:rsid w:val="002514F9"/>
    <w:rsid w:val="0029639D"/>
    <w:rsid w:val="002B1AD6"/>
    <w:rsid w:val="00304A14"/>
    <w:rsid w:val="00312CFA"/>
    <w:rsid w:val="00326F90"/>
    <w:rsid w:val="00467B2E"/>
    <w:rsid w:val="004D3171"/>
    <w:rsid w:val="004F100E"/>
    <w:rsid w:val="004F3A8D"/>
    <w:rsid w:val="005357BB"/>
    <w:rsid w:val="0055676C"/>
    <w:rsid w:val="00582A98"/>
    <w:rsid w:val="005F41C0"/>
    <w:rsid w:val="00606745"/>
    <w:rsid w:val="00634154"/>
    <w:rsid w:val="00667ED3"/>
    <w:rsid w:val="0068743C"/>
    <w:rsid w:val="006C3CA7"/>
    <w:rsid w:val="006F6790"/>
    <w:rsid w:val="0072159C"/>
    <w:rsid w:val="007240A8"/>
    <w:rsid w:val="00731772"/>
    <w:rsid w:val="0078619F"/>
    <w:rsid w:val="007A54F3"/>
    <w:rsid w:val="007F19B3"/>
    <w:rsid w:val="007F5D58"/>
    <w:rsid w:val="00800A80"/>
    <w:rsid w:val="00824CC5"/>
    <w:rsid w:val="00863E29"/>
    <w:rsid w:val="00870B7B"/>
    <w:rsid w:val="008A1CE6"/>
    <w:rsid w:val="008A51B1"/>
    <w:rsid w:val="008A5477"/>
    <w:rsid w:val="008B186B"/>
    <w:rsid w:val="008F2FE4"/>
    <w:rsid w:val="009158D0"/>
    <w:rsid w:val="00936254"/>
    <w:rsid w:val="00946A7E"/>
    <w:rsid w:val="00997EC6"/>
    <w:rsid w:val="009D62B3"/>
    <w:rsid w:val="00A71E53"/>
    <w:rsid w:val="00AA1D8D"/>
    <w:rsid w:val="00B021C5"/>
    <w:rsid w:val="00B22C43"/>
    <w:rsid w:val="00B47730"/>
    <w:rsid w:val="00B70D8A"/>
    <w:rsid w:val="00B81D37"/>
    <w:rsid w:val="00BF2478"/>
    <w:rsid w:val="00C120C8"/>
    <w:rsid w:val="00C54BF6"/>
    <w:rsid w:val="00CA62FF"/>
    <w:rsid w:val="00CB0664"/>
    <w:rsid w:val="00CB381D"/>
    <w:rsid w:val="00CE1E5E"/>
    <w:rsid w:val="00D8060A"/>
    <w:rsid w:val="00DA2C6A"/>
    <w:rsid w:val="00DB29A7"/>
    <w:rsid w:val="00DB46D1"/>
    <w:rsid w:val="00DF73F3"/>
    <w:rsid w:val="00E0679C"/>
    <w:rsid w:val="00E21AEE"/>
    <w:rsid w:val="00E761F7"/>
    <w:rsid w:val="00E84D50"/>
    <w:rsid w:val="00ED4DC8"/>
    <w:rsid w:val="00EE3866"/>
    <w:rsid w:val="00F51E2C"/>
    <w:rsid w:val="00F67070"/>
    <w:rsid w:val="00F96B14"/>
    <w:rsid w:val="00FC4EFB"/>
    <w:rsid w:val="00FC693F"/>
    <w:rsid w:val="061932E4"/>
    <w:rsid w:val="061A0724"/>
    <w:rsid w:val="077EBE87"/>
    <w:rsid w:val="086E9274"/>
    <w:rsid w:val="0BE209A4"/>
    <w:rsid w:val="0E0D9C1F"/>
    <w:rsid w:val="0FC945BF"/>
    <w:rsid w:val="10A7342E"/>
    <w:rsid w:val="11332396"/>
    <w:rsid w:val="12EAA44B"/>
    <w:rsid w:val="1370262A"/>
    <w:rsid w:val="13BB58F1"/>
    <w:rsid w:val="14ED2721"/>
    <w:rsid w:val="14FFF654"/>
    <w:rsid w:val="15D8EBA7"/>
    <w:rsid w:val="16440D3F"/>
    <w:rsid w:val="17259084"/>
    <w:rsid w:val="172D0D45"/>
    <w:rsid w:val="1AC40503"/>
    <w:rsid w:val="1CA4B3A4"/>
    <w:rsid w:val="1D6C18DB"/>
    <w:rsid w:val="1D70FD17"/>
    <w:rsid w:val="1DFE71EA"/>
    <w:rsid w:val="207DA518"/>
    <w:rsid w:val="2167D30D"/>
    <w:rsid w:val="2449A902"/>
    <w:rsid w:val="267A1CC7"/>
    <w:rsid w:val="2B95C6ED"/>
    <w:rsid w:val="2BA501D7"/>
    <w:rsid w:val="339A2E38"/>
    <w:rsid w:val="34D2548F"/>
    <w:rsid w:val="37637DAC"/>
    <w:rsid w:val="3B37BE78"/>
    <w:rsid w:val="3BF0ABF6"/>
    <w:rsid w:val="3E7EA08F"/>
    <w:rsid w:val="4185241B"/>
    <w:rsid w:val="43759848"/>
    <w:rsid w:val="449B8765"/>
    <w:rsid w:val="44F27C1F"/>
    <w:rsid w:val="450FC132"/>
    <w:rsid w:val="46099712"/>
    <w:rsid w:val="471D9B72"/>
    <w:rsid w:val="475DB78F"/>
    <w:rsid w:val="47E2B8F4"/>
    <w:rsid w:val="493A4789"/>
    <w:rsid w:val="49F3D4A0"/>
    <w:rsid w:val="4B220BF0"/>
    <w:rsid w:val="4B2EA049"/>
    <w:rsid w:val="4B7DE18F"/>
    <w:rsid w:val="4DB796D7"/>
    <w:rsid w:val="4F28B995"/>
    <w:rsid w:val="51F78182"/>
    <w:rsid w:val="5381D46E"/>
    <w:rsid w:val="57DD659B"/>
    <w:rsid w:val="5B90D405"/>
    <w:rsid w:val="5BC71C0F"/>
    <w:rsid w:val="5DD36DD5"/>
    <w:rsid w:val="5FDE97BA"/>
    <w:rsid w:val="62C06FC8"/>
    <w:rsid w:val="63CC0150"/>
    <w:rsid w:val="6663F1A3"/>
    <w:rsid w:val="667E901E"/>
    <w:rsid w:val="67D0247B"/>
    <w:rsid w:val="68D7B3B2"/>
    <w:rsid w:val="6A0EAEBC"/>
    <w:rsid w:val="6B33CBAA"/>
    <w:rsid w:val="712506CA"/>
    <w:rsid w:val="716BB014"/>
    <w:rsid w:val="721C1FAB"/>
    <w:rsid w:val="736729B7"/>
    <w:rsid w:val="785603B9"/>
    <w:rsid w:val="79C10B03"/>
    <w:rsid w:val="7A43E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9841211"/>
  <w14:defaultImageDpi w14:val="300"/>
  <w15:docId w15:val="{C95A866C-A41F-4795-8286-2734B97226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メイリオ" w:hAnsi="メイリオ"/>
      <w:sz w:val="21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ヘッダー (文字)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フッター (文字)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見出し 1 (文字)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見出し 2 (文字)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見出し 3 (文字)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表題 (文字)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副題 (文字)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本文 (文字)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本文 2 (文字)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本文 3 (文字)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マクロ文字列 (文字)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引用文 (文字)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見出し 4 (文字)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見出し 5 (文字)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見出し 6 (文字)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見出し 7 (文字)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見出し 8 (文字)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見出し 9 (文字)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27">
    <w:name w:val="Intense Quote"/>
    <w:basedOn w:val="a1"/>
    <w:next w:val="a1"/>
    <w:link w:val="28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28">
    <w:name w:val="引用文 2 (文字)"/>
    <w:basedOn w:val="a2"/>
    <w:link w:val="27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29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b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2a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c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d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e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12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13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14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15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16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17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2b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2c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2d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2e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2f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2f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2f1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37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38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39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3a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3b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3c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3d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4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2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3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4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5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6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7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1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2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3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4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5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6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7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6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62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63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64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65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66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67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71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2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3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4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5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6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82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83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4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5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6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7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1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00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10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10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10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10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10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10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110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11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11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113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14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15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6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120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1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2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4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5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6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30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31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32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33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3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35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36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40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41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42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43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44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4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46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aff">
    <w:name w:val="annotation reference"/>
    <w:basedOn w:val="a2"/>
    <w:uiPriority w:val="99"/>
    <w:semiHidden/>
    <w:unhideWhenUsed/>
    <w:rsid w:val="004D3171"/>
    <w:rPr>
      <w:sz w:val="18"/>
      <w:szCs w:val="18"/>
    </w:rPr>
  </w:style>
  <w:style w:type="paragraph" w:styleId="aff0">
    <w:name w:val="annotation text"/>
    <w:basedOn w:val="a1"/>
    <w:link w:val="aff1"/>
    <w:uiPriority w:val="99"/>
    <w:unhideWhenUsed/>
    <w:rsid w:val="004D3171"/>
  </w:style>
  <w:style w:type="character" w:customStyle="1" w:styleId="aff1">
    <w:name w:val="コメント文字列 (文字)"/>
    <w:basedOn w:val="a2"/>
    <w:link w:val="aff0"/>
    <w:uiPriority w:val="99"/>
    <w:rsid w:val="004D3171"/>
    <w:rPr>
      <w:rFonts w:ascii="メイリオ" w:hAnsi="メイリオ"/>
      <w:sz w:val="21"/>
    </w:rPr>
  </w:style>
  <w:style w:type="paragraph" w:styleId="aff2">
    <w:name w:val="annotation subject"/>
    <w:basedOn w:val="aff0"/>
    <w:next w:val="aff0"/>
    <w:link w:val="aff3"/>
    <w:uiPriority w:val="99"/>
    <w:semiHidden/>
    <w:unhideWhenUsed/>
    <w:rsid w:val="004D3171"/>
    <w:rPr>
      <w:b/>
      <w:bCs/>
    </w:rPr>
  </w:style>
  <w:style w:type="character" w:customStyle="1" w:styleId="aff3">
    <w:name w:val="コメント内容 (文字)"/>
    <w:basedOn w:val="aff1"/>
    <w:link w:val="aff2"/>
    <w:uiPriority w:val="99"/>
    <w:semiHidden/>
    <w:rsid w:val="004D3171"/>
    <w:rPr>
      <w:rFonts w:ascii="メイリオ" w:hAnsi="メイリオ"/>
      <w:b/>
      <w:bCs/>
      <w:sz w:val="21"/>
    </w:rPr>
  </w:style>
  <w:style w:type="paragraph" w:styleId="aff4">
    <w:name w:val="Revision"/>
    <w:hidden/>
    <w:uiPriority w:val="99"/>
    <w:semiHidden/>
    <w:rsid w:val="00CE1E5E"/>
    <w:pPr>
      <w:spacing w:after="0" w:line="240" w:lineRule="auto"/>
    </w:pPr>
    <w:rPr>
      <w:rFonts w:ascii="メイリオ" w:hAnsi="メイリオ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microsoft.com/office/2020/10/relationships/intelligence" Target="intelligence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c80e29f-c480-48b4-989e-b1858944c548">
      <Terms xmlns="http://schemas.microsoft.com/office/infopath/2007/PartnerControls"/>
    </lcf76f155ced4ddcb4097134ff3c332f>
    <TaxCatchAll xmlns="df86c113-a4fb-4d96-b72b-ff37ad901adf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F16DE45002A25540BC274AD8333B0FE3" ma:contentTypeVersion="10" ma:contentTypeDescription="新しいドキュメントを作成します。" ma:contentTypeScope="" ma:versionID="97596e27d46629af0eb9f7000093301e">
  <xsd:schema xmlns:xsd="http://www.w3.org/2001/XMLSchema" xmlns:xs="http://www.w3.org/2001/XMLSchema" xmlns:p="http://schemas.microsoft.com/office/2006/metadata/properties" xmlns:ns2="9c80e29f-c480-48b4-989e-b1858944c548" xmlns:ns3="df86c113-a4fb-4d96-b72b-ff37ad901adf" targetNamespace="http://schemas.microsoft.com/office/2006/metadata/properties" ma:root="true" ma:fieldsID="8eade6f489d822463a8b39a660cfb9ca" ns2:_="" ns3:_="">
    <xsd:import namespace="9c80e29f-c480-48b4-989e-b1858944c548"/>
    <xsd:import namespace="df86c113-a4fb-4d96-b72b-ff37ad901ad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0e29f-c480-48b4-989e-b1858944c54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画像タグ" ma:readOnly="false" ma:fieldId="{5cf76f15-5ced-4ddc-b409-7134ff3c332f}" ma:taxonomyMulti="true" ma:sspId="9a3bf00e-22ca-4905-8ca4-2093e5c7e8c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86c113-a4fb-4d96-b72b-ff37ad901ad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28d2965-d692-4450-81e0-e5cf072151ad}" ma:internalName="TaxCatchAll" ma:showField="CatchAllData" ma:web="df86c113-a4fb-4d96-b72b-ff37ad901ad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F9D0E2C-7160-4782-ACDC-ECDD14FB22D9}">
  <ds:schemaRefs>
    <ds:schemaRef ds:uri="http://schemas.microsoft.com/office/2006/metadata/properties"/>
    <ds:schemaRef ds:uri="http://schemas.microsoft.com/office/infopath/2007/PartnerControls"/>
    <ds:schemaRef ds:uri="9c80e29f-c480-48b4-989e-b1858944c548"/>
    <ds:schemaRef ds:uri="df86c113-a4fb-4d96-b72b-ff37ad901adf"/>
  </ds:schemaRefs>
</ds:datastoreItem>
</file>

<file path=customXml/itemProps3.xml><?xml version="1.0" encoding="utf-8"?>
<ds:datastoreItem xmlns:ds="http://schemas.openxmlformats.org/officeDocument/2006/customXml" ds:itemID="{C78D8584-54B6-458E-A8CC-263D0FD5FB4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28CEAC1-2805-4A7C-A5A8-7C96F57C6CE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c80e29f-c480-48b4-989e-b1858944c548"/>
    <ds:schemaRef ds:uri="df86c113-a4fb-4d96-b72b-ff37ad901ad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</TotalTime>
  <Pages>3</Pages>
  <Words>43</Words>
  <Characters>250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292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小笠原　愛美</cp:lastModifiedBy>
  <cp:revision>44</cp:revision>
  <cp:lastPrinted>2026-07-02T11:50:00Z</cp:lastPrinted>
  <dcterms:created xsi:type="dcterms:W3CDTF">2013-12-23T06:15:00Z</dcterms:created>
  <dcterms:modified xsi:type="dcterms:W3CDTF">2026-09-07T07:07:00Z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0x010100F16DE45002A25540BC274AD8333B0FE3</vt:lpwstr>
  </property>
</Properties>
</file>